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38C" w:rsidRDefault="00BE338C" w:rsidP="00BE338C">
      <w:pPr>
        <w:widowControl w:val="0"/>
        <w:spacing w:line="480" w:lineRule="auto"/>
        <w:ind w:firstLine="0"/>
        <w:rPr>
          <w:rFonts w:eastAsia="Cambria"/>
        </w:rPr>
      </w:pPr>
    </w:p>
    <w:p w:rsidR="00BE338C" w:rsidRDefault="00BE338C" w:rsidP="00BE338C">
      <w:pPr>
        <w:widowControl w:val="0"/>
        <w:spacing w:line="480" w:lineRule="auto"/>
        <w:ind w:firstLine="0"/>
        <w:rPr>
          <w:rFonts w:eastAsia="Cambria"/>
        </w:rPr>
      </w:pPr>
    </w:p>
    <w:p w:rsidR="00BE338C" w:rsidRPr="004F17AD" w:rsidRDefault="00BE338C" w:rsidP="00BE338C">
      <w:pPr>
        <w:widowControl w:val="0"/>
        <w:spacing w:line="480" w:lineRule="auto"/>
        <w:ind w:firstLine="0"/>
        <w:jc w:val="center"/>
      </w:pPr>
      <w:r>
        <w:rPr>
          <w:noProof/>
          <w:lang w:eastAsia="tr-TR"/>
        </w:rPr>
        <w:drawing>
          <wp:inline distT="0" distB="0" distL="0" distR="0">
            <wp:extent cx="3562350" cy="2514600"/>
            <wp:effectExtent l="0" t="0" r="0" b="0"/>
            <wp:docPr id="10" name="Resim 10"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BE338C" w:rsidRDefault="00BE338C" w:rsidP="00BE338C">
      <w:pPr>
        <w:widowControl w:val="0"/>
        <w:spacing w:line="240" w:lineRule="auto"/>
        <w:ind w:firstLine="0"/>
        <w:jc w:val="center"/>
        <w:rPr>
          <w:rFonts w:cs="Times New Roman"/>
          <w:sz w:val="30"/>
          <w:szCs w:val="30"/>
        </w:rPr>
      </w:pPr>
    </w:p>
    <w:p w:rsidR="00BE338C" w:rsidRDefault="00BE338C" w:rsidP="00BE338C">
      <w:pPr>
        <w:widowControl w:val="0"/>
        <w:spacing w:line="240" w:lineRule="auto"/>
        <w:ind w:firstLine="0"/>
        <w:rPr>
          <w:rFonts w:cs="Times New Roman"/>
          <w:sz w:val="30"/>
          <w:szCs w:val="30"/>
        </w:rPr>
      </w:pPr>
    </w:p>
    <w:p w:rsidR="00BE338C" w:rsidRPr="00054735" w:rsidRDefault="00BE338C" w:rsidP="00BE338C">
      <w:pPr>
        <w:widowControl w:val="0"/>
        <w:spacing w:line="240" w:lineRule="auto"/>
        <w:ind w:firstLine="0"/>
        <w:rPr>
          <w:rFonts w:cs="Times New Roman"/>
          <w:sz w:val="30"/>
          <w:szCs w:val="30"/>
        </w:rPr>
      </w:pPr>
    </w:p>
    <w:p w:rsidR="00BE338C" w:rsidRPr="00BB4524" w:rsidRDefault="00BE338C" w:rsidP="00BE338C">
      <w:pPr>
        <w:widowControl w:val="0"/>
        <w:spacing w:line="480" w:lineRule="auto"/>
        <w:ind w:firstLine="0"/>
        <w:jc w:val="center"/>
        <w:rPr>
          <w:rFonts w:cs="Times New Roman"/>
          <w:b/>
          <w:bCs/>
          <w:sz w:val="30"/>
          <w:szCs w:val="30"/>
        </w:rPr>
      </w:pPr>
      <w:r w:rsidRPr="00054735">
        <w:rPr>
          <w:rStyle w:val="Gl"/>
          <w:rFonts w:cs="Times New Roman"/>
          <w:sz w:val="30"/>
          <w:szCs w:val="30"/>
        </w:rPr>
        <w:t>THESIS TITLE</w:t>
      </w:r>
      <w:r>
        <w:rPr>
          <w:rStyle w:val="Gl"/>
          <w:rFonts w:cs="Times New Roman"/>
          <w:sz w:val="30"/>
          <w:szCs w:val="30"/>
        </w:rPr>
        <w:t xml:space="preserve"> </w:t>
      </w:r>
      <w:r w:rsidRPr="00BB4524">
        <w:rPr>
          <w:b/>
        </w:rPr>
        <w:t>(MAXIMUM OF 10 WORDS)</w:t>
      </w:r>
    </w:p>
    <w:p w:rsidR="00BE338C" w:rsidRDefault="00BE338C" w:rsidP="00BE338C">
      <w:pPr>
        <w:widowControl w:val="0"/>
        <w:spacing w:line="480" w:lineRule="auto"/>
        <w:ind w:firstLine="0"/>
        <w:jc w:val="center"/>
        <w:rPr>
          <w:rStyle w:val="Gl"/>
          <w:rFonts w:cs="Times New Roman"/>
        </w:rPr>
      </w:pPr>
      <w:r w:rsidRPr="00054735">
        <w:rPr>
          <w:rStyle w:val="Gl"/>
          <w:rFonts w:cs="Times New Roman"/>
        </w:rPr>
        <w:t>MASTER’S THESIS / DOCTORAL DISSERTATION /</w:t>
      </w:r>
      <w:r>
        <w:rPr>
          <w:rStyle w:val="Gl"/>
          <w:rFonts w:cs="Times New Roman"/>
        </w:rPr>
        <w:t xml:space="preserve"> </w:t>
      </w:r>
    </w:p>
    <w:p w:rsidR="00BE338C" w:rsidRDefault="00BE338C" w:rsidP="00BE338C">
      <w:pPr>
        <w:widowControl w:val="0"/>
        <w:spacing w:line="480" w:lineRule="auto"/>
        <w:ind w:firstLine="0"/>
        <w:jc w:val="center"/>
        <w:rPr>
          <w:rStyle w:val="Gl"/>
          <w:rFonts w:cs="Times New Roman"/>
        </w:rPr>
      </w:pPr>
      <w:r>
        <w:rPr>
          <w:rStyle w:val="Gl"/>
          <w:rFonts w:cs="Times New Roman"/>
        </w:rPr>
        <w:t xml:space="preserve">PROFICIENCY IN </w:t>
      </w:r>
      <w:r w:rsidRPr="00054735">
        <w:rPr>
          <w:rStyle w:val="Gl"/>
          <w:rFonts w:cs="Times New Roman"/>
        </w:rPr>
        <w:t>ARTS THESIS</w:t>
      </w:r>
    </w:p>
    <w:p w:rsidR="00BE338C" w:rsidRDefault="00BE338C" w:rsidP="00BE338C">
      <w:pPr>
        <w:widowControl w:val="0"/>
        <w:spacing w:line="240" w:lineRule="auto"/>
        <w:ind w:firstLine="0"/>
        <w:rPr>
          <w:rFonts w:cs="Times New Roman"/>
          <w:b/>
          <w:bCs/>
        </w:rPr>
      </w:pPr>
    </w:p>
    <w:p w:rsidR="00BE338C" w:rsidRDefault="00BE338C" w:rsidP="00BE338C">
      <w:pPr>
        <w:widowControl w:val="0"/>
        <w:spacing w:line="240" w:lineRule="auto"/>
        <w:ind w:firstLine="0"/>
        <w:rPr>
          <w:rFonts w:cs="Times New Roman"/>
          <w:b/>
          <w:bCs/>
        </w:rPr>
      </w:pPr>
    </w:p>
    <w:p w:rsidR="00BE338C" w:rsidRDefault="00BE338C" w:rsidP="00BE338C">
      <w:pPr>
        <w:widowControl w:val="0"/>
        <w:spacing w:line="240" w:lineRule="auto"/>
        <w:ind w:firstLine="0"/>
        <w:rPr>
          <w:rFonts w:cs="Times New Roman"/>
          <w:b/>
          <w:bCs/>
        </w:rPr>
      </w:pPr>
    </w:p>
    <w:p w:rsidR="00BE338C" w:rsidRDefault="00BE338C" w:rsidP="00BE338C">
      <w:pPr>
        <w:widowControl w:val="0"/>
        <w:spacing w:line="240" w:lineRule="auto"/>
        <w:ind w:firstLine="0"/>
        <w:rPr>
          <w:rFonts w:cs="Times New Roman"/>
          <w:b/>
          <w:bCs/>
        </w:rPr>
      </w:pPr>
    </w:p>
    <w:p w:rsidR="00BE338C" w:rsidRPr="00EE255E" w:rsidRDefault="00BE338C" w:rsidP="00BE338C">
      <w:pPr>
        <w:widowControl w:val="0"/>
        <w:spacing w:line="240" w:lineRule="auto"/>
        <w:ind w:firstLine="0"/>
        <w:rPr>
          <w:rFonts w:cs="Times New Roman"/>
          <w:b/>
          <w:bCs/>
        </w:rPr>
      </w:pPr>
    </w:p>
    <w:p w:rsidR="00BE338C" w:rsidRPr="00622042" w:rsidRDefault="00BE338C" w:rsidP="00BE338C">
      <w:pPr>
        <w:pStyle w:val="NormalWeb"/>
        <w:spacing w:before="0" w:beforeAutospacing="0" w:after="0" w:afterAutospacing="0"/>
        <w:jc w:val="center"/>
      </w:pPr>
      <w:r w:rsidRPr="00622042">
        <w:rPr>
          <w:rStyle w:val="Gl"/>
        </w:rPr>
        <w:t>STUDENT’S FULL NAME AND SURNAME</w:t>
      </w:r>
    </w:p>
    <w:p w:rsidR="00BE338C" w:rsidRPr="004F17AD" w:rsidRDefault="00BE338C" w:rsidP="00BE338C">
      <w:pPr>
        <w:widowControl w:val="0"/>
        <w:tabs>
          <w:tab w:val="left" w:pos="4962"/>
        </w:tabs>
        <w:spacing w:line="240" w:lineRule="auto"/>
        <w:ind w:firstLine="0"/>
        <w:jc w:val="center"/>
        <w:rPr>
          <w:b/>
          <w:bCs/>
        </w:rPr>
      </w:pPr>
    </w:p>
    <w:p w:rsidR="00BE338C" w:rsidRDefault="00BE338C" w:rsidP="00BE338C">
      <w:pPr>
        <w:widowControl w:val="0"/>
        <w:spacing w:line="480" w:lineRule="auto"/>
        <w:ind w:firstLine="0"/>
        <w:jc w:val="center"/>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Pr="004F17AD" w:rsidRDefault="00BE338C" w:rsidP="00BE338C">
      <w:pPr>
        <w:widowControl w:val="0"/>
        <w:spacing w:line="240" w:lineRule="auto"/>
        <w:ind w:firstLine="0"/>
        <w:rPr>
          <w:b/>
          <w:bCs/>
        </w:rPr>
      </w:pPr>
    </w:p>
    <w:p w:rsidR="00BE338C" w:rsidRDefault="00BE338C" w:rsidP="00BE338C">
      <w:pPr>
        <w:pStyle w:val="NormalWeb"/>
        <w:spacing w:before="0" w:beforeAutospacing="0" w:after="0" w:afterAutospacing="0"/>
        <w:jc w:val="center"/>
        <w:rPr>
          <w:rStyle w:val="Gl"/>
        </w:rPr>
      </w:pPr>
    </w:p>
    <w:p w:rsidR="00BE338C" w:rsidRPr="00622042" w:rsidRDefault="00BE338C" w:rsidP="00BE338C">
      <w:pPr>
        <w:pStyle w:val="NormalWeb"/>
        <w:spacing w:before="0" w:beforeAutospacing="0" w:after="0" w:afterAutospacing="0"/>
        <w:jc w:val="center"/>
      </w:pPr>
      <w:r w:rsidRPr="00622042">
        <w:rPr>
          <w:rStyle w:val="Gl"/>
        </w:rPr>
        <w:t>YEAR</w:t>
      </w:r>
    </w:p>
    <w:p w:rsidR="00BE338C" w:rsidRDefault="00BE338C" w:rsidP="00BE338C">
      <w:pPr>
        <w:widowControl w:val="0"/>
        <w:spacing w:line="240" w:lineRule="auto"/>
        <w:ind w:firstLine="0"/>
        <w:jc w:val="center"/>
        <w:rPr>
          <w:rFonts w:eastAsia="Cambria"/>
        </w:rPr>
      </w:pPr>
    </w:p>
    <w:p w:rsidR="00BE338C" w:rsidRDefault="00BE338C" w:rsidP="00BE338C">
      <w:pPr>
        <w:widowControl w:val="0"/>
        <w:spacing w:line="480" w:lineRule="auto"/>
        <w:ind w:firstLine="0"/>
        <w:jc w:val="center"/>
        <w:rPr>
          <w:rFonts w:eastAsia="Cambria"/>
        </w:rPr>
      </w:pPr>
    </w:p>
    <w:p w:rsidR="00BE338C" w:rsidRDefault="00BE338C" w:rsidP="00BE338C">
      <w:pPr>
        <w:widowControl w:val="0"/>
        <w:spacing w:line="480" w:lineRule="auto"/>
        <w:ind w:firstLine="0"/>
        <w:rPr>
          <w:rFonts w:eastAsia="Cambria"/>
        </w:rPr>
      </w:pPr>
    </w:p>
    <w:p w:rsidR="00BE338C" w:rsidRDefault="00BE338C" w:rsidP="00BE338C">
      <w:pPr>
        <w:widowControl w:val="0"/>
        <w:spacing w:line="480" w:lineRule="auto"/>
        <w:ind w:firstLine="0"/>
        <w:jc w:val="center"/>
        <w:rPr>
          <w:rFonts w:eastAsia="Cambria"/>
        </w:rPr>
      </w:pPr>
    </w:p>
    <w:p w:rsidR="00BE338C" w:rsidRPr="004F17AD" w:rsidRDefault="00BE338C" w:rsidP="00BE338C">
      <w:pPr>
        <w:widowControl w:val="0"/>
        <w:spacing w:line="480" w:lineRule="auto"/>
        <w:ind w:firstLine="0"/>
        <w:jc w:val="center"/>
      </w:pPr>
      <w:r>
        <w:rPr>
          <w:noProof/>
          <w:lang w:eastAsia="tr-TR"/>
        </w:rPr>
        <w:drawing>
          <wp:inline distT="0" distB="0" distL="0" distR="0">
            <wp:extent cx="3562350" cy="2514600"/>
            <wp:effectExtent l="0" t="0" r="0" b="0"/>
            <wp:docPr id="9" name="Resim 9"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BE338C" w:rsidRDefault="00BE338C" w:rsidP="00BE338C">
      <w:pPr>
        <w:widowControl w:val="0"/>
        <w:spacing w:line="480" w:lineRule="auto"/>
        <w:ind w:firstLine="0"/>
        <w:rPr>
          <w:b/>
          <w:bCs/>
          <w:sz w:val="30"/>
          <w:szCs w:val="30"/>
        </w:rPr>
      </w:pPr>
    </w:p>
    <w:p w:rsidR="00BE338C" w:rsidRDefault="00BE338C" w:rsidP="00BE338C">
      <w:pPr>
        <w:widowControl w:val="0"/>
        <w:spacing w:line="480" w:lineRule="auto"/>
        <w:ind w:firstLine="0"/>
        <w:rPr>
          <w:b/>
          <w:bCs/>
          <w:sz w:val="30"/>
          <w:szCs w:val="30"/>
        </w:rPr>
      </w:pPr>
    </w:p>
    <w:p w:rsidR="00BE338C" w:rsidRPr="00C128FA" w:rsidRDefault="00BE338C" w:rsidP="00BE338C">
      <w:pPr>
        <w:widowControl w:val="0"/>
        <w:spacing w:line="480" w:lineRule="auto"/>
        <w:ind w:firstLine="0"/>
        <w:jc w:val="center"/>
        <w:rPr>
          <w:rFonts w:cs="Times New Roman"/>
          <w:b/>
          <w:bCs/>
          <w:sz w:val="30"/>
          <w:szCs w:val="30"/>
        </w:rPr>
      </w:pPr>
      <w:r w:rsidRPr="00C128FA">
        <w:rPr>
          <w:rStyle w:val="Gl"/>
          <w:rFonts w:cs="Times New Roman"/>
          <w:sz w:val="30"/>
          <w:szCs w:val="30"/>
        </w:rPr>
        <w:t>THESIS TITLE</w:t>
      </w:r>
    </w:p>
    <w:p w:rsidR="00BE338C" w:rsidRDefault="00BE338C" w:rsidP="00BE338C">
      <w:pPr>
        <w:pStyle w:val="NormalWeb"/>
        <w:spacing w:before="0" w:beforeAutospacing="0" w:after="0" w:afterAutospacing="0" w:line="480" w:lineRule="auto"/>
        <w:jc w:val="center"/>
        <w:rPr>
          <w:rStyle w:val="Gl"/>
        </w:rPr>
      </w:pPr>
      <w:r w:rsidRPr="00622042">
        <w:rPr>
          <w:rStyle w:val="Gl"/>
        </w:rPr>
        <w:t>MASTER’S THESIS / DOCTORAL DISSERTATION /</w:t>
      </w:r>
      <w:r>
        <w:rPr>
          <w:rStyle w:val="Gl"/>
        </w:rPr>
        <w:t xml:space="preserve"> </w:t>
      </w:r>
    </w:p>
    <w:p w:rsidR="00BE338C" w:rsidRDefault="00BE338C" w:rsidP="00BE338C">
      <w:pPr>
        <w:pStyle w:val="NormalWeb"/>
        <w:spacing w:before="0" w:beforeAutospacing="0" w:after="0" w:afterAutospacing="0" w:line="480" w:lineRule="auto"/>
        <w:jc w:val="center"/>
        <w:rPr>
          <w:rStyle w:val="Gl"/>
        </w:rPr>
      </w:pPr>
      <w:r w:rsidRPr="00622042">
        <w:rPr>
          <w:rStyle w:val="Gl"/>
        </w:rPr>
        <w:t xml:space="preserve">PROFICIENCY IN ARTS THESIS </w:t>
      </w:r>
    </w:p>
    <w:p w:rsidR="00BE338C" w:rsidRPr="005C75E1" w:rsidRDefault="00BE338C" w:rsidP="00BE338C">
      <w:pPr>
        <w:pStyle w:val="NormalWeb"/>
        <w:jc w:val="center"/>
      </w:pPr>
    </w:p>
    <w:p w:rsidR="00BE338C" w:rsidRPr="00C128FA" w:rsidRDefault="00BE338C" w:rsidP="00BE338C">
      <w:pPr>
        <w:widowControl w:val="0"/>
        <w:spacing w:line="240" w:lineRule="auto"/>
        <w:ind w:firstLine="0"/>
        <w:jc w:val="center"/>
        <w:rPr>
          <w:rFonts w:cs="Times New Roman"/>
          <w:b/>
          <w:bCs/>
          <w:color w:val="1F497D" w:themeColor="text2"/>
        </w:rPr>
      </w:pPr>
      <w:r w:rsidRPr="00C128FA">
        <w:rPr>
          <w:rStyle w:val="Gl"/>
          <w:rFonts w:cs="Times New Roman"/>
        </w:rPr>
        <w:t>STUDENT’S FULL NAME AND SURNAME</w:t>
      </w:r>
      <w:r w:rsidRPr="00C128FA">
        <w:rPr>
          <w:rFonts w:cs="Times New Roman"/>
          <w:b/>
          <w:bCs/>
          <w:color w:val="1F497D" w:themeColor="text2"/>
        </w:rPr>
        <w:t xml:space="preserve"> </w:t>
      </w:r>
    </w:p>
    <w:p w:rsidR="00BE338C" w:rsidRPr="00622042" w:rsidRDefault="00BE338C" w:rsidP="00BE338C">
      <w:pPr>
        <w:pStyle w:val="NormalWeb"/>
        <w:spacing w:before="0" w:beforeAutospacing="0" w:after="0" w:afterAutospacing="0"/>
        <w:jc w:val="center"/>
      </w:pPr>
      <w:r w:rsidRPr="00622042">
        <w:rPr>
          <w:rStyle w:val="Gl"/>
        </w:rPr>
        <w:t>STUDENT NUMBER</w:t>
      </w:r>
    </w:p>
    <w:p w:rsidR="00BE338C" w:rsidRDefault="00BE338C" w:rsidP="00BE338C">
      <w:pPr>
        <w:widowControl w:val="0"/>
        <w:spacing w:line="240" w:lineRule="auto"/>
        <w:ind w:firstLine="0"/>
        <w:jc w:val="center"/>
        <w:rPr>
          <w:b/>
          <w:bCs/>
          <w:color w:val="1F497D" w:themeColor="text2"/>
        </w:rPr>
      </w:pPr>
    </w:p>
    <w:p w:rsidR="00BE338C" w:rsidRDefault="00BE338C" w:rsidP="00BE338C">
      <w:pPr>
        <w:widowControl w:val="0"/>
        <w:spacing w:line="240" w:lineRule="auto"/>
        <w:ind w:firstLine="0"/>
        <w:jc w:val="center"/>
        <w:rPr>
          <w:b/>
          <w:bCs/>
          <w:color w:val="1F497D" w:themeColor="text2"/>
        </w:rPr>
      </w:pPr>
    </w:p>
    <w:p w:rsidR="00BE338C" w:rsidRPr="00EC42EA" w:rsidRDefault="00BE338C" w:rsidP="00BE338C">
      <w:pPr>
        <w:widowControl w:val="0"/>
        <w:spacing w:line="240" w:lineRule="auto"/>
        <w:ind w:firstLine="0"/>
        <w:rPr>
          <w:b/>
          <w:bCs/>
          <w:color w:val="1F497D" w:themeColor="text2"/>
        </w:rPr>
      </w:pPr>
    </w:p>
    <w:p w:rsidR="00BE338C" w:rsidRPr="00AB0B2D" w:rsidRDefault="00BE338C" w:rsidP="00BE338C">
      <w:pPr>
        <w:pStyle w:val="NormalWeb"/>
        <w:spacing w:before="0" w:beforeAutospacing="0" w:after="0" w:afterAutospacing="0"/>
        <w:jc w:val="center"/>
      </w:pPr>
      <w:r>
        <w:rPr>
          <w:rStyle w:val="Gl"/>
        </w:rPr>
        <w:t>ADVISOR</w:t>
      </w:r>
      <w:r w:rsidRPr="00622042">
        <w:rPr>
          <w:rStyle w:val="Gl"/>
        </w:rPr>
        <w:t>’S ACADEMIC TITLE AND FULL NAME</w:t>
      </w: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jc w:val="center"/>
        <w:rPr>
          <w:b/>
          <w:bCs/>
        </w:rPr>
      </w:pPr>
    </w:p>
    <w:p w:rsidR="00BE338C" w:rsidRPr="004F17AD" w:rsidRDefault="00BE338C" w:rsidP="00BE338C">
      <w:pPr>
        <w:widowControl w:val="0"/>
        <w:spacing w:line="240" w:lineRule="auto"/>
        <w:ind w:firstLine="0"/>
        <w:jc w:val="center"/>
        <w:rPr>
          <w:b/>
          <w:bCs/>
        </w:rPr>
      </w:pPr>
    </w:p>
    <w:p w:rsidR="00BE338C" w:rsidRPr="00622042" w:rsidRDefault="00BE338C" w:rsidP="00BE338C">
      <w:pPr>
        <w:pStyle w:val="NormalWeb"/>
        <w:spacing w:before="0" w:beforeAutospacing="0" w:after="0" w:afterAutospacing="0"/>
        <w:jc w:val="center"/>
      </w:pPr>
      <w:r w:rsidRPr="00622042">
        <w:rPr>
          <w:rStyle w:val="Gl"/>
        </w:rPr>
        <w:t>YEAR</w:t>
      </w:r>
    </w:p>
    <w:p w:rsidR="00BE338C" w:rsidRDefault="00BE338C" w:rsidP="00BE338C">
      <w:pPr>
        <w:widowControl w:val="0"/>
        <w:spacing w:line="240" w:lineRule="auto"/>
        <w:ind w:firstLine="0"/>
        <w:jc w:val="center"/>
        <w:rPr>
          <w:rFonts w:eastAsia="Cambria"/>
        </w:rPr>
      </w:pPr>
    </w:p>
    <w:p w:rsidR="00BE338C" w:rsidRDefault="00BE338C" w:rsidP="00BE338C">
      <w:pPr>
        <w:widowControl w:val="0"/>
        <w:spacing w:line="240" w:lineRule="auto"/>
        <w:ind w:firstLine="0"/>
        <w:rPr>
          <w:rFonts w:eastAsia="Cambria"/>
        </w:rPr>
      </w:pPr>
    </w:p>
    <w:p w:rsidR="00BE338C" w:rsidRDefault="00BE338C" w:rsidP="00BE338C">
      <w:pPr>
        <w:widowControl w:val="0"/>
        <w:spacing w:line="240" w:lineRule="auto"/>
        <w:ind w:firstLine="0"/>
        <w:rPr>
          <w:rFonts w:eastAsia="Cambria"/>
        </w:rPr>
      </w:pPr>
    </w:p>
    <w:p w:rsidR="00BE338C" w:rsidRDefault="00BE338C" w:rsidP="00BE338C">
      <w:pPr>
        <w:widowControl w:val="0"/>
        <w:spacing w:line="240" w:lineRule="auto"/>
        <w:ind w:firstLine="0"/>
        <w:rPr>
          <w:rFonts w:eastAsia="Cambria"/>
        </w:rPr>
      </w:pPr>
    </w:p>
    <w:p w:rsidR="00BE338C" w:rsidRDefault="00BE338C" w:rsidP="00BE338C">
      <w:pPr>
        <w:widowControl w:val="0"/>
        <w:spacing w:line="240" w:lineRule="auto"/>
        <w:ind w:firstLine="0"/>
        <w:rPr>
          <w:rFonts w:eastAsia="Cambria"/>
        </w:rPr>
      </w:pPr>
    </w:p>
    <w:p w:rsidR="00BE338C" w:rsidRPr="004F17AD" w:rsidRDefault="00BE338C" w:rsidP="00BE338C">
      <w:pPr>
        <w:widowControl w:val="0"/>
        <w:spacing w:line="240" w:lineRule="auto"/>
        <w:ind w:firstLine="0"/>
        <w:jc w:val="center"/>
      </w:pPr>
      <w:r>
        <w:rPr>
          <w:noProof/>
          <w:lang w:eastAsia="tr-TR"/>
        </w:rPr>
        <w:drawing>
          <wp:inline distT="0" distB="0" distL="0" distR="0">
            <wp:extent cx="3562350" cy="2514600"/>
            <wp:effectExtent l="0" t="0" r="0" b="0"/>
            <wp:docPr id="1" name="Resim 1"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BE338C" w:rsidRDefault="00BE338C" w:rsidP="00BE338C">
      <w:pPr>
        <w:widowControl w:val="0"/>
        <w:spacing w:line="240" w:lineRule="auto"/>
        <w:ind w:firstLine="0"/>
        <w:jc w:val="center"/>
        <w:rPr>
          <w:rStyle w:val="Gl"/>
          <w:rFonts w:cs="Times New Roman"/>
        </w:rPr>
      </w:pPr>
      <w:r w:rsidRPr="00A82778">
        <w:rPr>
          <w:rStyle w:val="Gl"/>
          <w:rFonts w:cs="Times New Roman"/>
        </w:rPr>
        <w:t xml:space="preserve">GRADUATE SCHOOL </w:t>
      </w:r>
    </w:p>
    <w:p w:rsidR="00BE338C" w:rsidRPr="00A82778" w:rsidRDefault="00BE338C" w:rsidP="00BE338C">
      <w:pPr>
        <w:widowControl w:val="0"/>
        <w:spacing w:line="240" w:lineRule="auto"/>
        <w:ind w:firstLine="0"/>
        <w:jc w:val="center"/>
        <w:rPr>
          <w:rFonts w:cs="Times New Roman"/>
          <w:b/>
          <w:bCs/>
        </w:rPr>
      </w:pPr>
      <w:r w:rsidRPr="00A82778">
        <w:rPr>
          <w:rStyle w:val="Gl"/>
          <w:rFonts w:cs="Times New Roman"/>
        </w:rPr>
        <w:t>FULL NAME OF DEPARTMENT</w:t>
      </w:r>
      <w:r w:rsidRPr="00A82778">
        <w:rPr>
          <w:rFonts w:cs="Times New Roman"/>
        </w:rPr>
        <w:br/>
      </w:r>
      <w:r w:rsidRPr="00A82778">
        <w:rPr>
          <w:rStyle w:val="Gl"/>
          <w:rFonts w:cs="Times New Roman"/>
        </w:rPr>
        <w:t>FULL NAME OF PROGRAM / FIELD (IF ANY)</w:t>
      </w:r>
    </w:p>
    <w:p w:rsidR="00BE338C" w:rsidRDefault="00BE338C" w:rsidP="00BE338C">
      <w:pPr>
        <w:widowControl w:val="0"/>
        <w:spacing w:line="240" w:lineRule="auto"/>
        <w:ind w:firstLine="0"/>
        <w:jc w:val="center"/>
        <w:rPr>
          <w:b/>
          <w:bCs/>
          <w:color w:val="000000" w:themeColor="text1"/>
          <w:sz w:val="30"/>
          <w:szCs w:val="30"/>
        </w:rPr>
      </w:pPr>
    </w:p>
    <w:p w:rsidR="00BE338C" w:rsidRDefault="00BE338C" w:rsidP="00BE338C">
      <w:pPr>
        <w:widowControl w:val="0"/>
        <w:spacing w:line="240" w:lineRule="auto"/>
        <w:ind w:firstLine="0"/>
        <w:rPr>
          <w:b/>
          <w:bCs/>
          <w:color w:val="000000" w:themeColor="text1"/>
          <w:sz w:val="30"/>
          <w:szCs w:val="30"/>
        </w:rPr>
      </w:pPr>
    </w:p>
    <w:p w:rsidR="00BE338C" w:rsidRDefault="00BE338C" w:rsidP="00BE338C">
      <w:pPr>
        <w:widowControl w:val="0"/>
        <w:spacing w:line="240" w:lineRule="auto"/>
        <w:ind w:firstLine="0"/>
        <w:rPr>
          <w:b/>
          <w:bCs/>
          <w:color w:val="000000" w:themeColor="text1"/>
          <w:sz w:val="30"/>
          <w:szCs w:val="30"/>
        </w:rPr>
      </w:pPr>
    </w:p>
    <w:p w:rsidR="00BE338C" w:rsidRDefault="00BE338C" w:rsidP="00BE338C">
      <w:pPr>
        <w:widowControl w:val="0"/>
        <w:spacing w:line="240" w:lineRule="auto"/>
        <w:ind w:firstLine="0"/>
        <w:rPr>
          <w:b/>
          <w:bCs/>
          <w:color w:val="000000" w:themeColor="text1"/>
          <w:sz w:val="30"/>
          <w:szCs w:val="30"/>
        </w:rPr>
      </w:pPr>
    </w:p>
    <w:p w:rsidR="00BE338C" w:rsidRPr="00B7371E" w:rsidRDefault="00BE338C" w:rsidP="00BE338C">
      <w:pPr>
        <w:widowControl w:val="0"/>
        <w:spacing w:line="240" w:lineRule="auto"/>
        <w:ind w:firstLine="0"/>
        <w:rPr>
          <w:b/>
          <w:bCs/>
          <w:color w:val="000000" w:themeColor="text1"/>
          <w:sz w:val="30"/>
          <w:szCs w:val="30"/>
        </w:rPr>
      </w:pPr>
    </w:p>
    <w:p w:rsidR="00BE338C" w:rsidRPr="00A82778" w:rsidRDefault="00BE338C" w:rsidP="00BE338C">
      <w:pPr>
        <w:pStyle w:val="NormalWeb"/>
        <w:spacing w:before="0" w:beforeAutospacing="0" w:after="0" w:afterAutospacing="0" w:line="480" w:lineRule="auto"/>
        <w:jc w:val="center"/>
        <w:rPr>
          <w:sz w:val="30"/>
          <w:szCs w:val="30"/>
        </w:rPr>
      </w:pPr>
      <w:r w:rsidRPr="00A82778">
        <w:rPr>
          <w:rStyle w:val="Gl"/>
          <w:sz w:val="30"/>
          <w:szCs w:val="30"/>
        </w:rPr>
        <w:t>THESIS TITLE</w:t>
      </w:r>
    </w:p>
    <w:p w:rsidR="00BE338C" w:rsidRDefault="00BE338C" w:rsidP="00BE338C">
      <w:pPr>
        <w:pStyle w:val="NormalWeb"/>
        <w:spacing w:before="0" w:beforeAutospacing="0" w:after="0" w:afterAutospacing="0" w:line="480" w:lineRule="auto"/>
        <w:jc w:val="center"/>
        <w:rPr>
          <w:rStyle w:val="Gl"/>
        </w:rPr>
      </w:pPr>
      <w:r w:rsidRPr="00622042">
        <w:rPr>
          <w:rStyle w:val="Gl"/>
        </w:rPr>
        <w:t>MASTER’S THESIS / DOCTORAL DISSERTATION /</w:t>
      </w:r>
    </w:p>
    <w:p w:rsidR="00BE338C" w:rsidRDefault="00BE338C" w:rsidP="00BE338C">
      <w:pPr>
        <w:pStyle w:val="NormalWeb"/>
        <w:spacing w:before="0" w:beforeAutospacing="0" w:after="0" w:afterAutospacing="0" w:line="480" w:lineRule="auto"/>
        <w:jc w:val="center"/>
        <w:rPr>
          <w:rStyle w:val="Gl"/>
        </w:rPr>
      </w:pPr>
      <w:r w:rsidRPr="00622042">
        <w:rPr>
          <w:rStyle w:val="Gl"/>
        </w:rPr>
        <w:t xml:space="preserve"> PROFICIENCY IN ARTS THESIS</w:t>
      </w:r>
    </w:p>
    <w:p w:rsidR="00BE338C" w:rsidRDefault="00BE338C" w:rsidP="00BE338C">
      <w:pPr>
        <w:pStyle w:val="NormalWeb"/>
        <w:spacing w:before="0" w:beforeAutospacing="0" w:after="0" w:afterAutospacing="0"/>
        <w:jc w:val="center"/>
        <w:rPr>
          <w:b/>
          <w:bCs/>
        </w:rPr>
      </w:pPr>
    </w:p>
    <w:p w:rsidR="00BE338C" w:rsidRPr="00B832A3" w:rsidRDefault="00BE338C" w:rsidP="00BE338C">
      <w:pPr>
        <w:pStyle w:val="NormalWeb"/>
        <w:spacing w:before="0" w:beforeAutospacing="0" w:after="0" w:afterAutospacing="0"/>
        <w:jc w:val="center"/>
        <w:rPr>
          <w:b/>
          <w:bCs/>
        </w:rPr>
      </w:pPr>
    </w:p>
    <w:p w:rsidR="00BE338C" w:rsidRPr="00622042" w:rsidRDefault="00BE338C" w:rsidP="00BE338C">
      <w:pPr>
        <w:pStyle w:val="NormalWeb"/>
        <w:spacing w:before="0" w:beforeAutospacing="0" w:after="0" w:afterAutospacing="0"/>
        <w:jc w:val="center"/>
      </w:pPr>
      <w:r w:rsidRPr="00622042">
        <w:rPr>
          <w:rStyle w:val="Gl"/>
        </w:rPr>
        <w:t>STUDENT’S FULL NAME AND SURNAME</w:t>
      </w:r>
      <w:r w:rsidRPr="00622042">
        <w:br/>
      </w:r>
      <w:r w:rsidRPr="00622042">
        <w:rPr>
          <w:rStyle w:val="Gl"/>
        </w:rPr>
        <w:t>STUDENT NUMBER</w:t>
      </w:r>
    </w:p>
    <w:p w:rsidR="00BE338C" w:rsidRPr="004F17AD" w:rsidRDefault="00BE338C" w:rsidP="00BE338C">
      <w:pPr>
        <w:widowControl w:val="0"/>
        <w:spacing w:line="480" w:lineRule="auto"/>
        <w:ind w:firstLine="0"/>
        <w:jc w:val="center"/>
        <w:rPr>
          <w:b/>
          <w:bCs/>
        </w:rPr>
      </w:pPr>
    </w:p>
    <w:p w:rsidR="00BE338C" w:rsidRPr="00A82778" w:rsidRDefault="00BE338C" w:rsidP="00BE338C">
      <w:pPr>
        <w:pStyle w:val="NormalWeb"/>
        <w:spacing w:before="0" w:beforeAutospacing="0" w:after="0" w:afterAutospacing="0"/>
        <w:jc w:val="center"/>
      </w:pPr>
      <w:r>
        <w:rPr>
          <w:rStyle w:val="Gl"/>
        </w:rPr>
        <w:t>ADVISOR</w:t>
      </w:r>
      <w:r w:rsidRPr="00622042">
        <w:rPr>
          <w:rStyle w:val="Gl"/>
        </w:rPr>
        <w:t>’S ACADEMIC TITLE AND FULL NAME</w:t>
      </w:r>
      <w:r w:rsidRPr="00622042">
        <w:br/>
      </w:r>
      <w:r w:rsidRPr="00622042">
        <w:rPr>
          <w:rStyle w:val="Gl"/>
        </w:rPr>
        <w:t>CO-</w:t>
      </w:r>
      <w:r w:rsidRPr="00A00521">
        <w:rPr>
          <w:rStyle w:val="Gl"/>
        </w:rPr>
        <w:t xml:space="preserve"> </w:t>
      </w:r>
      <w:r>
        <w:rPr>
          <w:rStyle w:val="Gl"/>
        </w:rPr>
        <w:t>ADVISOR</w:t>
      </w:r>
      <w:r w:rsidRPr="00622042">
        <w:rPr>
          <w:rStyle w:val="Gl"/>
        </w:rPr>
        <w:t>’S ACADEMIC TITLE AND FULL NAME (IF ANY)</w:t>
      </w:r>
    </w:p>
    <w:p w:rsidR="00BE338C" w:rsidRDefault="00BE338C" w:rsidP="00BE338C">
      <w:pPr>
        <w:widowControl w:val="0"/>
        <w:spacing w:line="240" w:lineRule="auto"/>
        <w:ind w:firstLine="0"/>
        <w:jc w:val="center"/>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Default="00BE338C" w:rsidP="00BE338C">
      <w:pPr>
        <w:widowControl w:val="0"/>
        <w:spacing w:line="240" w:lineRule="auto"/>
        <w:ind w:firstLine="0"/>
        <w:rPr>
          <w:b/>
          <w:bCs/>
        </w:rPr>
      </w:pPr>
    </w:p>
    <w:p w:rsidR="00BE338C" w:rsidRPr="004F17AD" w:rsidRDefault="00BE338C" w:rsidP="00BE338C">
      <w:pPr>
        <w:widowControl w:val="0"/>
        <w:spacing w:line="240" w:lineRule="auto"/>
        <w:ind w:firstLine="0"/>
        <w:rPr>
          <w:b/>
          <w:bCs/>
        </w:rPr>
      </w:pPr>
    </w:p>
    <w:p w:rsidR="00BE338C" w:rsidRPr="007F7295" w:rsidRDefault="00BE338C" w:rsidP="00BE338C">
      <w:pPr>
        <w:pStyle w:val="NormalWeb"/>
        <w:spacing w:before="0" w:beforeAutospacing="0" w:after="0" w:afterAutospacing="0"/>
        <w:jc w:val="center"/>
        <w:rPr>
          <w:rStyle w:val="Gl"/>
          <w:b w:val="0"/>
          <w:bCs w:val="0"/>
        </w:rPr>
        <w:sectPr w:rsidR="00BE338C" w:rsidRPr="007F7295" w:rsidSect="00BE338C">
          <w:headerReference w:type="default" r:id="rId9"/>
          <w:footerReference w:type="default" r:id="rId10"/>
          <w:pgSz w:w="12240" w:h="15840" w:code="1"/>
          <w:pgMar w:top="0" w:right="1418" w:bottom="0" w:left="1985" w:header="720" w:footer="720" w:gutter="0"/>
          <w:pgNumType w:fmt="lowerRoman" w:start="1"/>
          <w:cols w:space="720"/>
          <w:docGrid w:linePitch="360"/>
        </w:sectPr>
      </w:pPr>
      <w:r>
        <w:rPr>
          <w:rStyle w:val="Gl"/>
        </w:rPr>
        <w:t>YEAR</w:t>
      </w:r>
    </w:p>
    <w:p w:rsidR="00BE338C" w:rsidRDefault="00BE338C" w:rsidP="00C31C05">
      <w:pPr>
        <w:pStyle w:val="Stil1"/>
      </w:pPr>
      <w:bookmarkStart w:id="0" w:name="_Toc237274304"/>
      <w:r w:rsidRPr="005A01B2">
        <w:lastRenderedPageBreak/>
        <w:t>APPROVAL AND ACCEPTANCE PAGE</w:t>
      </w:r>
      <w:bookmarkEnd w:id="0"/>
    </w:p>
    <w:p w:rsidR="00BE338C" w:rsidRDefault="00BE338C" w:rsidP="00BE338C">
      <w:pPr>
        <w:pStyle w:val="NormalWeb"/>
        <w:spacing w:line="360" w:lineRule="auto"/>
        <w:ind w:firstLine="709"/>
        <w:jc w:val="both"/>
      </w:pPr>
      <w:r>
        <w:t>The Approval and Acceptance Page is the page indicating that the thesis has been accepted by the thesis advisor and the members of the examination committee following the thesis defense, and that it has been approved by the Graduate School.</w:t>
      </w:r>
    </w:p>
    <w:p w:rsidR="00BE338C" w:rsidRDefault="00BE338C" w:rsidP="00BE338C">
      <w:pPr>
        <w:pStyle w:val="NormalWeb"/>
        <w:spacing w:line="360" w:lineRule="auto"/>
        <w:ind w:firstLine="709"/>
        <w:jc w:val="both"/>
      </w:pPr>
      <w:r>
        <w:t>The page number is not displayed on the Approval and Acceptance Page. All signatures on this page must be original (wet-ink) signatures signed in blue ink.</w:t>
      </w:r>
    </w:p>
    <w:p w:rsidR="00BE338C" w:rsidRDefault="00BE338C" w:rsidP="00BE338C">
      <w:pPr>
        <w:pStyle w:val="NormalWeb"/>
        <w:spacing w:line="360" w:lineRule="auto"/>
        <w:ind w:firstLine="709"/>
        <w:jc w:val="both"/>
      </w:pPr>
      <w:r>
        <w:t>The format of the Approval and Acceptance Page differs depending on whether the examination committee consists of three or five members. The Approval and Acceptance Page included in the master's thesis template is used for examination committees consisting of three members, whereas the Approval and Acceptance Page included in the doctoral/proficiency in arts thesis template is used for examination committees consisting of five members.</w:t>
      </w:r>
    </w:p>
    <w:p w:rsidR="00BE338C" w:rsidRPr="00A2181F" w:rsidRDefault="00BE338C" w:rsidP="00BE338C">
      <w:pPr>
        <w:pStyle w:val="NormalWeb"/>
        <w:spacing w:line="360" w:lineRule="auto"/>
        <w:ind w:firstLine="709"/>
        <w:jc w:val="both"/>
        <w:sectPr w:rsidR="00BE338C" w:rsidRPr="00A2181F" w:rsidSect="00BE338C">
          <w:pgSz w:w="12240" w:h="15840"/>
          <w:pgMar w:top="1985" w:right="1418" w:bottom="1418" w:left="1985" w:header="720" w:footer="720" w:gutter="0"/>
          <w:pgNumType w:fmt="lowerRoman" w:start="4"/>
          <w:cols w:space="720"/>
          <w:docGrid w:linePitch="360"/>
        </w:sectPr>
      </w:pPr>
    </w:p>
    <w:p w:rsidR="00BE338C" w:rsidRPr="00C31C05" w:rsidRDefault="00BE338C" w:rsidP="00C31C05">
      <w:pPr>
        <w:pStyle w:val="Stil1"/>
      </w:pPr>
      <w:bookmarkStart w:id="1" w:name="_Toc237274305"/>
      <w:r w:rsidRPr="00C31C05">
        <w:rPr>
          <w:rStyle w:val="Gl"/>
          <w:b/>
          <w:bCs w:val="0"/>
        </w:rPr>
        <w:lastRenderedPageBreak/>
        <w:t>DECLARATION OF ACADEMIC INTEGRITY</w:t>
      </w:r>
      <w:bookmarkEnd w:id="1"/>
    </w:p>
    <w:p w:rsidR="00AB0B2D" w:rsidRDefault="00AB0B2D" w:rsidP="00AB0B2D">
      <w:pPr>
        <w:pStyle w:val="NormalWeb"/>
        <w:spacing w:line="480" w:lineRule="auto"/>
        <w:jc w:val="both"/>
      </w:pPr>
      <w:r>
        <w:t xml:space="preserve">I hereby declare and undertake that I have not committed plagiarism in the preparation of this thesis; that all information and documents presented herein have been obtained and submitted in accordance with the principles of academic integrity and ethics; that I have fully and accurately cited all sources used in compliance with accepted academic standards; that all referenced works have been included in the References section; that no falsification or manipulation has been made to the </w:t>
      </w:r>
      <w:proofErr w:type="gramStart"/>
      <w:r>
        <w:t>data</w:t>
      </w:r>
      <w:proofErr w:type="gramEnd"/>
      <w:r>
        <w:t xml:space="preserve"> used in this study; that I have not violated the rights of any third party; that this thesis is my original work except where proper acknowledgment has been made; that it has been prepared in accordance with the </w:t>
      </w:r>
      <w:r>
        <w:rPr>
          <w:rStyle w:val="Gl"/>
        </w:rPr>
        <w:t>Graduate Thesis Writing Guidelines of the Graduate School of Istanbul Okan University</w:t>
      </w:r>
      <w:r>
        <w:t xml:space="preserve">; and that the printed, bound, and approved version of the thesis is identical to its electronic copy. I further declare that the information I have provided in the </w:t>
      </w:r>
      <w:r>
        <w:rPr>
          <w:rStyle w:val="Gl"/>
        </w:rPr>
        <w:t>Council of Higher Education (CoHE) Thesis Data Entry Form</w:t>
      </w:r>
      <w:r>
        <w:t xml:space="preserve"> is accurate and fully consistent with the content of my thesis.</w:t>
      </w:r>
    </w:p>
    <w:p w:rsidR="00AB0B2D" w:rsidRPr="005D1358" w:rsidRDefault="00667A3D" w:rsidP="00667A3D">
      <w:pPr>
        <w:pStyle w:val="NormalWeb"/>
        <w:jc w:val="both"/>
        <w:rPr>
          <w:b/>
        </w:rPr>
      </w:pPr>
      <w:r w:rsidRPr="005D1358">
        <w:rPr>
          <w:rStyle w:val="Gl"/>
          <w:b w:val="0"/>
        </w:rPr>
        <w:t xml:space="preserve">                                                                                                           </w:t>
      </w:r>
      <w:r w:rsidR="00AB0B2D" w:rsidRPr="005D1358">
        <w:rPr>
          <w:rStyle w:val="Gl"/>
          <w:b w:val="0"/>
        </w:rPr>
        <w:t>Signature</w:t>
      </w:r>
    </w:p>
    <w:p w:rsidR="00AB0B2D" w:rsidRPr="005D1358" w:rsidRDefault="00667A3D" w:rsidP="00667A3D">
      <w:pPr>
        <w:pStyle w:val="NormalWeb"/>
        <w:jc w:val="both"/>
        <w:rPr>
          <w:b/>
        </w:rPr>
      </w:pPr>
      <w:r w:rsidRPr="005D1358">
        <w:rPr>
          <w:rStyle w:val="Gl"/>
          <w:b w:val="0"/>
        </w:rPr>
        <w:t xml:space="preserve">                                                                                                           </w:t>
      </w:r>
      <w:r w:rsidR="00AB0B2D" w:rsidRPr="005D1358">
        <w:rPr>
          <w:rStyle w:val="Gl"/>
          <w:b w:val="0"/>
        </w:rPr>
        <w:t>Full Name</w:t>
      </w:r>
    </w:p>
    <w:p w:rsidR="008E65B1" w:rsidRPr="00B50BB5" w:rsidRDefault="00520F48" w:rsidP="00656C9A">
      <w:pPr>
        <w:spacing w:line="480" w:lineRule="auto"/>
      </w:pPr>
      <w:r w:rsidRPr="00B50BB5">
        <w:br w:type="page"/>
      </w:r>
    </w:p>
    <w:p w:rsidR="000E1FF5" w:rsidRDefault="000E1FF5" w:rsidP="00C31C05">
      <w:pPr>
        <w:pStyle w:val="Stil1"/>
      </w:pPr>
      <w:bookmarkStart w:id="2" w:name="_Toc237274306"/>
      <w:r w:rsidRPr="004E30B3">
        <w:lastRenderedPageBreak/>
        <w:t>ÖZET</w:t>
      </w:r>
      <w:bookmarkEnd w:id="2"/>
    </w:p>
    <w:p w:rsidR="000E1FF5" w:rsidRDefault="000E1FF5" w:rsidP="00656C9A">
      <w:pPr>
        <w:spacing w:line="480" w:lineRule="auto"/>
        <w:ind w:firstLine="0"/>
      </w:pPr>
      <w:r>
        <w:t>Özet, tez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656C9A">
      <w:pPr>
        <w:spacing w:line="480" w:lineRule="auto"/>
      </w:pPr>
    </w:p>
    <w:p w:rsidR="000E1FF5" w:rsidRPr="004E30B3" w:rsidRDefault="000E1FF5" w:rsidP="00656C9A">
      <w:pPr>
        <w:spacing w:line="480" w:lineRule="auto"/>
        <w:ind w:firstLine="0"/>
        <w:rPr>
          <w:b/>
        </w:rPr>
      </w:pPr>
      <w:r>
        <w:rPr>
          <w:rStyle w:val="Gl"/>
        </w:rPr>
        <w:t>Anahtar Sözcükler:</w:t>
      </w:r>
      <w:r>
        <w:t xml:space="preserve"> Tezle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C31C05">
      <w:pPr>
        <w:pStyle w:val="Stil1"/>
        <w:rPr>
          <w:lang w:val="en-GB"/>
        </w:rPr>
      </w:pPr>
      <w:bookmarkStart w:id="3" w:name="_Toc237274307"/>
      <w:r w:rsidRPr="00B50BB5">
        <w:rPr>
          <w:lang w:val="en-GB"/>
        </w:rPr>
        <w:lastRenderedPageBreak/>
        <w:t>ABSTRACT</w:t>
      </w:r>
      <w:bookmarkEnd w:id="3"/>
    </w:p>
    <w:p w:rsidR="000E1FF5" w:rsidRDefault="000E1FF5" w:rsidP="00656C9A">
      <w:pPr>
        <w:spacing w:line="480" w:lineRule="auto"/>
        <w:ind w:firstLine="0"/>
      </w:pPr>
      <w:r>
        <w:t xml:space="preserve">Abstract is written to provide the reader with concise information by briefly explaining the purpose, scope, methodology/methodologies employed in the thesis,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w:t>
      </w:r>
      <w:proofErr w:type="gramStart"/>
      <w:r>
        <w:t>data</w:t>
      </w:r>
      <w:proofErr w:type="gramEnd"/>
      <w:r>
        <w:t>.</w:t>
      </w:r>
    </w:p>
    <w:p w:rsidR="000E1FF5" w:rsidRDefault="000E1FF5" w:rsidP="00656C9A">
      <w:pPr>
        <w:spacing w:line="480" w:lineRule="auto"/>
      </w:pPr>
    </w:p>
    <w:p w:rsidR="000E1FF5" w:rsidRDefault="000E1FF5" w:rsidP="00656C9A">
      <w:pPr>
        <w:spacing w:line="480" w:lineRule="auto"/>
        <w:ind w:firstLine="0"/>
      </w:pPr>
      <w:r>
        <w:rPr>
          <w:rStyle w:val="Gl"/>
        </w:rPr>
        <w:t>Keywords:</w:t>
      </w:r>
      <w:r>
        <w:t xml:space="preserve"> Keywords or phrases related to the thesis (minimum 3, maximum 5) should be written in alphabetical order, separated by commas, and with lowercase initial letters.</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C31C05" w:rsidRDefault="00C31C05" w:rsidP="009B0E67">
      <w:pPr>
        <w:ind w:firstLine="0"/>
      </w:pPr>
    </w:p>
    <w:p w:rsidR="003E74CF" w:rsidRPr="00C31C05" w:rsidRDefault="003E74CF" w:rsidP="00C31C05">
      <w:pPr>
        <w:pStyle w:val="Stil1"/>
      </w:pPr>
      <w:bookmarkStart w:id="4" w:name="_Toc237274308"/>
      <w:r w:rsidRPr="00C31C05">
        <w:rPr>
          <w:rStyle w:val="Gl"/>
          <w:b/>
          <w:bCs w:val="0"/>
        </w:rPr>
        <w:lastRenderedPageBreak/>
        <w:t>ACKNOWLEDGMENTS</w:t>
      </w:r>
      <w:bookmarkEnd w:id="4"/>
    </w:p>
    <w:p w:rsidR="003E74CF" w:rsidRDefault="003E74CF" w:rsidP="00031CDC">
      <w:pPr>
        <w:pStyle w:val="NormalWeb"/>
        <w:spacing w:line="480" w:lineRule="auto"/>
        <w:ind w:firstLine="709"/>
        <w:jc w:val="both"/>
      </w:pPr>
      <w:r>
        <w:t>The Acknowledgments page is optional. However, it is recommended that individuals and institutions who have contributed to the conduct and preparation of the thesis be acknowledged. In addition, if any copyrighted material has been used with permission, the party granting such permission should also be acknowledged. The Acknowledgments page may also include expressions of gratitude to those who have supported the student during the preparation of the thesis. The text should be concise, clear, and written in plain language and, where possible, should be limited to one page.</w:t>
      </w:r>
    </w:p>
    <w:p w:rsidR="003E74CF" w:rsidRDefault="003E74CF" w:rsidP="00031CDC">
      <w:pPr>
        <w:pStyle w:val="NormalWeb"/>
        <w:spacing w:line="480" w:lineRule="auto"/>
        <w:ind w:firstLine="709"/>
        <w:jc w:val="both"/>
      </w:pPr>
      <w:r>
        <w:t>The heading “</w:t>
      </w:r>
      <w:r>
        <w:rPr>
          <w:rStyle w:val="Gl"/>
        </w:rPr>
        <w:t>ACKNOWLEDGMENTS</w:t>
      </w:r>
      <w:r>
        <w:t>” should be in bold and centered between the page margins. The acknowledgment text should be double-spaced. A space of 12 pt should be left between the heading and the text.</w:t>
      </w:r>
    </w:p>
    <w:p w:rsidR="003E74CF" w:rsidRDefault="003E74CF" w:rsidP="00031CDC">
      <w:pPr>
        <w:pStyle w:val="NormalWeb"/>
        <w:spacing w:line="480" w:lineRule="auto"/>
        <w:ind w:firstLine="709"/>
        <w:jc w:val="both"/>
      </w:pPr>
      <w:r>
        <w:t>The Acknowledgments page may consist of more than one paragraph. The first line of each</w:t>
      </w:r>
      <w:r w:rsidR="00E04AB7">
        <w:t xml:space="preserve"> paragraph should be indented 1,</w:t>
      </w:r>
      <w:r>
        <w:t>25 cm.</w:t>
      </w:r>
    </w:p>
    <w:p w:rsidR="003E74CF" w:rsidRDefault="003E74CF" w:rsidP="00031CDC">
      <w:pPr>
        <w:pStyle w:val="NormalWeb"/>
        <w:spacing w:line="480" w:lineRule="auto"/>
        <w:ind w:firstLine="709"/>
        <w:jc w:val="both"/>
      </w:pPr>
      <w:r>
        <w:t>The Acknowledgments page should not include the author's name and surname, the date of the thesis, the name of the city, or similar information at the end.</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3E74CF" w:rsidRPr="00FA7AA6" w:rsidRDefault="003E74CF" w:rsidP="00FA7AA6">
      <w:pPr>
        <w:pStyle w:val="Stil1"/>
      </w:pPr>
      <w:bookmarkStart w:id="5" w:name="_Toc237274309"/>
      <w:r w:rsidRPr="00FA7AA6">
        <w:rPr>
          <w:rStyle w:val="Gl"/>
          <w:b/>
          <w:bCs w:val="0"/>
        </w:rPr>
        <w:lastRenderedPageBreak/>
        <w:t>TABLE OF CONTENTS</w:t>
      </w:r>
      <w:bookmarkEnd w:id="5"/>
    </w:p>
    <w:p w:rsidR="00E57521" w:rsidRDefault="00E57521" w:rsidP="00E57521">
      <w:pPr>
        <w:pStyle w:val="T1"/>
        <w:rPr>
          <w:rFonts w:asciiTheme="minorHAnsi" w:hAnsiTheme="minorHAnsi"/>
          <w:noProof/>
          <w:sz w:val="22"/>
          <w:lang w:eastAsia="tr-TR"/>
        </w:rPr>
      </w:pPr>
      <w:r>
        <w:fldChar w:fldCharType="begin"/>
      </w:r>
      <w:r>
        <w:instrText xml:space="preserve"> TOC \h \z \t "Stil1;1;Stil2;2;Stil3;3;Stil4;4;Stil5;5" </w:instrText>
      </w:r>
      <w:r>
        <w:fldChar w:fldCharType="separate"/>
      </w:r>
      <w:hyperlink w:anchor="_Toc237274304" w:history="1">
        <w:r w:rsidRPr="00F7428B">
          <w:rPr>
            <w:rStyle w:val="Kpr"/>
            <w:noProof/>
          </w:rPr>
          <w:t>APPROVAL AND ACCEPTANCE PAGE</w:t>
        </w:r>
        <w:r>
          <w:rPr>
            <w:noProof/>
            <w:webHidden/>
          </w:rPr>
          <w:tab/>
        </w:r>
        <w:r>
          <w:rPr>
            <w:noProof/>
            <w:webHidden/>
          </w:rPr>
          <w:fldChar w:fldCharType="begin"/>
        </w:r>
        <w:r>
          <w:rPr>
            <w:noProof/>
            <w:webHidden/>
          </w:rPr>
          <w:instrText xml:space="preserve"> PAGEREF _Toc237274304 \h </w:instrText>
        </w:r>
        <w:r>
          <w:rPr>
            <w:noProof/>
            <w:webHidden/>
          </w:rPr>
        </w:r>
        <w:r>
          <w:rPr>
            <w:noProof/>
            <w:webHidden/>
          </w:rPr>
          <w:fldChar w:fldCharType="separate"/>
        </w:r>
        <w:r>
          <w:rPr>
            <w:noProof/>
            <w:webHidden/>
          </w:rPr>
          <w:t>iv</w:t>
        </w:r>
        <w:r>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05" w:history="1">
        <w:r w:rsidR="00E57521" w:rsidRPr="00F7428B">
          <w:rPr>
            <w:rStyle w:val="Kpr"/>
            <w:noProof/>
          </w:rPr>
          <w:t>DECLARATION OF ACADEMIC INTEGRITY</w:t>
        </w:r>
        <w:r w:rsidR="00E57521">
          <w:rPr>
            <w:noProof/>
            <w:webHidden/>
          </w:rPr>
          <w:tab/>
        </w:r>
        <w:r w:rsidR="00E57521">
          <w:rPr>
            <w:noProof/>
            <w:webHidden/>
          </w:rPr>
          <w:fldChar w:fldCharType="begin"/>
        </w:r>
        <w:r w:rsidR="00E57521">
          <w:rPr>
            <w:noProof/>
            <w:webHidden/>
          </w:rPr>
          <w:instrText xml:space="preserve"> PAGEREF _Toc237274305 \h </w:instrText>
        </w:r>
        <w:r w:rsidR="00E57521">
          <w:rPr>
            <w:noProof/>
            <w:webHidden/>
          </w:rPr>
        </w:r>
        <w:r w:rsidR="00E57521">
          <w:rPr>
            <w:noProof/>
            <w:webHidden/>
          </w:rPr>
          <w:fldChar w:fldCharType="separate"/>
        </w:r>
        <w:r w:rsidR="00E57521">
          <w:rPr>
            <w:noProof/>
            <w:webHidden/>
          </w:rPr>
          <w:t>v</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06" w:history="1">
        <w:r w:rsidR="00E57521" w:rsidRPr="00F7428B">
          <w:rPr>
            <w:rStyle w:val="Kpr"/>
            <w:noProof/>
          </w:rPr>
          <w:t>ÖZET</w:t>
        </w:r>
        <w:r w:rsidR="00E57521">
          <w:rPr>
            <w:noProof/>
            <w:webHidden/>
          </w:rPr>
          <w:tab/>
        </w:r>
        <w:r w:rsidR="00E57521">
          <w:rPr>
            <w:noProof/>
            <w:webHidden/>
          </w:rPr>
          <w:fldChar w:fldCharType="begin"/>
        </w:r>
        <w:r w:rsidR="00E57521">
          <w:rPr>
            <w:noProof/>
            <w:webHidden/>
          </w:rPr>
          <w:instrText xml:space="preserve"> PAGEREF _Toc237274306 \h </w:instrText>
        </w:r>
        <w:r w:rsidR="00E57521">
          <w:rPr>
            <w:noProof/>
            <w:webHidden/>
          </w:rPr>
        </w:r>
        <w:r w:rsidR="00E57521">
          <w:rPr>
            <w:noProof/>
            <w:webHidden/>
          </w:rPr>
          <w:fldChar w:fldCharType="separate"/>
        </w:r>
        <w:r w:rsidR="00E57521">
          <w:rPr>
            <w:noProof/>
            <w:webHidden/>
          </w:rPr>
          <w:t>vi</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07" w:history="1">
        <w:r w:rsidR="00E57521" w:rsidRPr="00F7428B">
          <w:rPr>
            <w:rStyle w:val="Kpr"/>
            <w:noProof/>
            <w:lang w:val="en-GB"/>
          </w:rPr>
          <w:t>ABSTRACT</w:t>
        </w:r>
        <w:r w:rsidR="00E57521">
          <w:rPr>
            <w:noProof/>
            <w:webHidden/>
          </w:rPr>
          <w:tab/>
        </w:r>
        <w:r w:rsidR="00E57521">
          <w:rPr>
            <w:noProof/>
            <w:webHidden/>
          </w:rPr>
          <w:fldChar w:fldCharType="begin"/>
        </w:r>
        <w:r w:rsidR="00E57521">
          <w:rPr>
            <w:noProof/>
            <w:webHidden/>
          </w:rPr>
          <w:instrText xml:space="preserve"> PAGEREF _Toc237274307 \h </w:instrText>
        </w:r>
        <w:r w:rsidR="00E57521">
          <w:rPr>
            <w:noProof/>
            <w:webHidden/>
          </w:rPr>
        </w:r>
        <w:r w:rsidR="00E57521">
          <w:rPr>
            <w:noProof/>
            <w:webHidden/>
          </w:rPr>
          <w:fldChar w:fldCharType="separate"/>
        </w:r>
        <w:r w:rsidR="00E57521">
          <w:rPr>
            <w:noProof/>
            <w:webHidden/>
          </w:rPr>
          <w:t>vii</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08" w:history="1">
        <w:r w:rsidR="00E57521" w:rsidRPr="00F7428B">
          <w:rPr>
            <w:rStyle w:val="Kpr"/>
            <w:noProof/>
          </w:rPr>
          <w:t>ACKNOWLEDGMENTS</w:t>
        </w:r>
        <w:r w:rsidR="00E57521">
          <w:rPr>
            <w:noProof/>
            <w:webHidden/>
          </w:rPr>
          <w:tab/>
        </w:r>
        <w:r w:rsidR="00E57521">
          <w:rPr>
            <w:noProof/>
            <w:webHidden/>
          </w:rPr>
          <w:fldChar w:fldCharType="begin"/>
        </w:r>
        <w:r w:rsidR="00E57521">
          <w:rPr>
            <w:noProof/>
            <w:webHidden/>
          </w:rPr>
          <w:instrText xml:space="preserve"> PAGEREF _Toc237274308 \h </w:instrText>
        </w:r>
        <w:r w:rsidR="00E57521">
          <w:rPr>
            <w:noProof/>
            <w:webHidden/>
          </w:rPr>
        </w:r>
        <w:r w:rsidR="00E57521">
          <w:rPr>
            <w:noProof/>
            <w:webHidden/>
          </w:rPr>
          <w:fldChar w:fldCharType="separate"/>
        </w:r>
        <w:r w:rsidR="00E57521">
          <w:rPr>
            <w:noProof/>
            <w:webHidden/>
          </w:rPr>
          <w:t>viii</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09" w:history="1">
        <w:r w:rsidR="00E57521" w:rsidRPr="00F7428B">
          <w:rPr>
            <w:rStyle w:val="Kpr"/>
            <w:noProof/>
          </w:rPr>
          <w:t>TABLE OF CONTENTS</w:t>
        </w:r>
        <w:r w:rsidR="00E57521">
          <w:rPr>
            <w:noProof/>
            <w:webHidden/>
          </w:rPr>
          <w:tab/>
        </w:r>
        <w:r w:rsidR="00E57521">
          <w:rPr>
            <w:noProof/>
            <w:webHidden/>
          </w:rPr>
          <w:fldChar w:fldCharType="begin"/>
        </w:r>
        <w:r w:rsidR="00E57521">
          <w:rPr>
            <w:noProof/>
            <w:webHidden/>
          </w:rPr>
          <w:instrText xml:space="preserve"> PAGEREF _Toc237274309 \h </w:instrText>
        </w:r>
        <w:r w:rsidR="00E57521">
          <w:rPr>
            <w:noProof/>
            <w:webHidden/>
          </w:rPr>
        </w:r>
        <w:r w:rsidR="00E57521">
          <w:rPr>
            <w:noProof/>
            <w:webHidden/>
          </w:rPr>
          <w:fldChar w:fldCharType="separate"/>
        </w:r>
        <w:r w:rsidR="00E57521">
          <w:rPr>
            <w:noProof/>
            <w:webHidden/>
          </w:rPr>
          <w:t>ix</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10" w:history="1">
        <w:r w:rsidR="00E57521" w:rsidRPr="00F7428B">
          <w:rPr>
            <w:rStyle w:val="Kpr"/>
            <w:noProof/>
          </w:rPr>
          <w:t>LIST OF TABLES</w:t>
        </w:r>
        <w:r w:rsidR="00E57521">
          <w:rPr>
            <w:noProof/>
            <w:webHidden/>
          </w:rPr>
          <w:tab/>
        </w:r>
        <w:r w:rsidR="00E57521">
          <w:rPr>
            <w:noProof/>
            <w:webHidden/>
          </w:rPr>
          <w:fldChar w:fldCharType="begin"/>
        </w:r>
        <w:r w:rsidR="00E57521">
          <w:rPr>
            <w:noProof/>
            <w:webHidden/>
          </w:rPr>
          <w:instrText xml:space="preserve"> PAGEREF _Toc237274310 \h </w:instrText>
        </w:r>
        <w:r w:rsidR="00E57521">
          <w:rPr>
            <w:noProof/>
            <w:webHidden/>
          </w:rPr>
        </w:r>
        <w:r w:rsidR="00E57521">
          <w:rPr>
            <w:noProof/>
            <w:webHidden/>
          </w:rPr>
          <w:fldChar w:fldCharType="separate"/>
        </w:r>
        <w:r w:rsidR="00E57521">
          <w:rPr>
            <w:noProof/>
            <w:webHidden/>
          </w:rPr>
          <w:t>xii</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11" w:history="1">
        <w:r w:rsidR="00E57521" w:rsidRPr="00F7428B">
          <w:rPr>
            <w:rStyle w:val="Kpr"/>
            <w:noProof/>
          </w:rPr>
          <w:t>LIST OF FIGURES</w:t>
        </w:r>
        <w:r w:rsidR="00E57521">
          <w:rPr>
            <w:noProof/>
            <w:webHidden/>
          </w:rPr>
          <w:tab/>
        </w:r>
        <w:r w:rsidR="00E57521">
          <w:rPr>
            <w:noProof/>
            <w:webHidden/>
          </w:rPr>
          <w:fldChar w:fldCharType="begin"/>
        </w:r>
        <w:r w:rsidR="00E57521">
          <w:rPr>
            <w:noProof/>
            <w:webHidden/>
          </w:rPr>
          <w:instrText xml:space="preserve"> PAGEREF _Toc237274311 \h </w:instrText>
        </w:r>
        <w:r w:rsidR="00E57521">
          <w:rPr>
            <w:noProof/>
            <w:webHidden/>
          </w:rPr>
        </w:r>
        <w:r w:rsidR="00E57521">
          <w:rPr>
            <w:noProof/>
            <w:webHidden/>
          </w:rPr>
          <w:fldChar w:fldCharType="separate"/>
        </w:r>
        <w:r w:rsidR="00E57521">
          <w:rPr>
            <w:noProof/>
            <w:webHidden/>
          </w:rPr>
          <w:t>xiii</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12" w:history="1">
        <w:r w:rsidR="00E57521" w:rsidRPr="00F7428B">
          <w:rPr>
            <w:rStyle w:val="Kpr"/>
            <w:noProof/>
          </w:rPr>
          <w:t>LIST OF ABBREVIATIONS</w:t>
        </w:r>
        <w:r w:rsidR="00E57521">
          <w:rPr>
            <w:noProof/>
            <w:webHidden/>
          </w:rPr>
          <w:tab/>
        </w:r>
        <w:r w:rsidR="00E57521">
          <w:rPr>
            <w:noProof/>
            <w:webHidden/>
          </w:rPr>
          <w:fldChar w:fldCharType="begin"/>
        </w:r>
        <w:r w:rsidR="00E57521">
          <w:rPr>
            <w:noProof/>
            <w:webHidden/>
          </w:rPr>
          <w:instrText xml:space="preserve"> PAGEREF _Toc237274312 \h </w:instrText>
        </w:r>
        <w:r w:rsidR="00E57521">
          <w:rPr>
            <w:noProof/>
            <w:webHidden/>
          </w:rPr>
        </w:r>
        <w:r w:rsidR="00E57521">
          <w:rPr>
            <w:noProof/>
            <w:webHidden/>
          </w:rPr>
          <w:fldChar w:fldCharType="separate"/>
        </w:r>
        <w:r w:rsidR="00E57521">
          <w:rPr>
            <w:noProof/>
            <w:webHidden/>
          </w:rPr>
          <w:t>xiv</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13" w:history="1">
        <w:r w:rsidR="00E57521" w:rsidRPr="00F7428B">
          <w:rPr>
            <w:rStyle w:val="Kpr"/>
            <w:noProof/>
          </w:rPr>
          <w:t>LIST OF SYMBOLS</w:t>
        </w:r>
        <w:r w:rsidR="00E57521">
          <w:rPr>
            <w:noProof/>
            <w:webHidden/>
          </w:rPr>
          <w:tab/>
        </w:r>
        <w:r w:rsidR="00E57521">
          <w:rPr>
            <w:noProof/>
            <w:webHidden/>
          </w:rPr>
          <w:fldChar w:fldCharType="begin"/>
        </w:r>
        <w:r w:rsidR="00E57521">
          <w:rPr>
            <w:noProof/>
            <w:webHidden/>
          </w:rPr>
          <w:instrText xml:space="preserve"> PAGEREF _Toc237274313 \h </w:instrText>
        </w:r>
        <w:r w:rsidR="00E57521">
          <w:rPr>
            <w:noProof/>
            <w:webHidden/>
          </w:rPr>
        </w:r>
        <w:r w:rsidR="00E57521">
          <w:rPr>
            <w:noProof/>
            <w:webHidden/>
          </w:rPr>
          <w:fldChar w:fldCharType="separate"/>
        </w:r>
        <w:r w:rsidR="00E57521">
          <w:rPr>
            <w:noProof/>
            <w:webHidden/>
          </w:rPr>
          <w:t>xv</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14" w:history="1">
        <w:r w:rsidR="00E57521" w:rsidRPr="00F7428B">
          <w:rPr>
            <w:rStyle w:val="Kpr"/>
            <w:noProof/>
          </w:rPr>
          <w:t>INTRODUCTION</w:t>
        </w:r>
        <w:r w:rsidR="00E57521">
          <w:rPr>
            <w:noProof/>
            <w:webHidden/>
          </w:rPr>
          <w:tab/>
        </w:r>
        <w:r w:rsidR="00E57521">
          <w:rPr>
            <w:noProof/>
            <w:webHidden/>
          </w:rPr>
          <w:fldChar w:fldCharType="begin"/>
        </w:r>
        <w:r w:rsidR="00E57521">
          <w:rPr>
            <w:noProof/>
            <w:webHidden/>
          </w:rPr>
          <w:instrText xml:space="preserve"> PAGEREF _Toc237274314 \h </w:instrText>
        </w:r>
        <w:r w:rsidR="00E57521">
          <w:rPr>
            <w:noProof/>
            <w:webHidden/>
          </w:rPr>
        </w:r>
        <w:r w:rsidR="00E57521">
          <w:rPr>
            <w:noProof/>
            <w:webHidden/>
          </w:rPr>
          <w:fldChar w:fldCharType="separate"/>
        </w:r>
        <w:r w:rsidR="00E57521">
          <w:rPr>
            <w:noProof/>
            <w:webHidden/>
          </w:rPr>
          <w:t>1</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15" w:history="1">
        <w:r w:rsidR="00E57521" w:rsidRPr="00F7428B">
          <w:rPr>
            <w:rStyle w:val="Kpr"/>
            <w:noProof/>
          </w:rPr>
          <w:t>1. CHAPTER TITLE (FIRST-LEVEL HEADING)</w:t>
        </w:r>
        <w:r w:rsidR="00E57521">
          <w:rPr>
            <w:noProof/>
            <w:webHidden/>
          </w:rPr>
          <w:tab/>
        </w:r>
        <w:r w:rsidR="00E57521">
          <w:rPr>
            <w:noProof/>
            <w:webHidden/>
          </w:rPr>
          <w:fldChar w:fldCharType="begin"/>
        </w:r>
        <w:r w:rsidR="00E57521">
          <w:rPr>
            <w:noProof/>
            <w:webHidden/>
          </w:rPr>
          <w:instrText xml:space="preserve"> PAGEREF _Toc237274315 \h </w:instrText>
        </w:r>
        <w:r w:rsidR="00E57521">
          <w:rPr>
            <w:noProof/>
            <w:webHidden/>
          </w:rPr>
        </w:r>
        <w:r w:rsidR="00E57521">
          <w:rPr>
            <w:noProof/>
            <w:webHidden/>
          </w:rPr>
          <w:fldChar w:fldCharType="separate"/>
        </w:r>
        <w:r w:rsidR="00E57521">
          <w:rPr>
            <w:noProof/>
            <w:webHidden/>
          </w:rPr>
          <w:t>2</w:t>
        </w:r>
        <w:r w:rsidR="00E57521">
          <w:rPr>
            <w:noProof/>
            <w:webHidden/>
          </w:rPr>
          <w:fldChar w:fldCharType="end"/>
        </w:r>
      </w:hyperlink>
    </w:p>
    <w:p w:rsidR="00E57521" w:rsidRDefault="00EF4F20" w:rsidP="00E57521">
      <w:pPr>
        <w:pStyle w:val="T2"/>
        <w:rPr>
          <w:rFonts w:asciiTheme="minorHAnsi" w:hAnsiTheme="minorHAnsi"/>
          <w:noProof/>
          <w:sz w:val="22"/>
          <w:lang w:eastAsia="tr-TR"/>
        </w:rPr>
      </w:pPr>
      <w:hyperlink w:anchor="_Toc237274316" w:history="1">
        <w:r w:rsidR="00E57521" w:rsidRPr="00F7428B">
          <w:rPr>
            <w:rStyle w:val="Kpr"/>
            <w:noProof/>
          </w:rPr>
          <w:t>1.1 Second-Level Headings</w:t>
        </w:r>
        <w:r w:rsidR="00E57521">
          <w:rPr>
            <w:noProof/>
            <w:webHidden/>
          </w:rPr>
          <w:tab/>
        </w:r>
        <w:r w:rsidR="00E57521">
          <w:rPr>
            <w:noProof/>
            <w:webHidden/>
          </w:rPr>
          <w:fldChar w:fldCharType="begin"/>
        </w:r>
        <w:r w:rsidR="00E57521">
          <w:rPr>
            <w:noProof/>
            <w:webHidden/>
          </w:rPr>
          <w:instrText xml:space="preserve"> PAGEREF _Toc237274316 \h </w:instrText>
        </w:r>
        <w:r w:rsidR="00E57521">
          <w:rPr>
            <w:noProof/>
            <w:webHidden/>
          </w:rPr>
        </w:r>
        <w:r w:rsidR="00E57521">
          <w:rPr>
            <w:noProof/>
            <w:webHidden/>
          </w:rPr>
          <w:fldChar w:fldCharType="separate"/>
        </w:r>
        <w:r w:rsidR="00E57521">
          <w:rPr>
            <w:noProof/>
            <w:webHidden/>
          </w:rPr>
          <w:t>2</w:t>
        </w:r>
        <w:r w:rsidR="00E57521">
          <w:rPr>
            <w:noProof/>
            <w:webHidden/>
          </w:rPr>
          <w:fldChar w:fldCharType="end"/>
        </w:r>
      </w:hyperlink>
    </w:p>
    <w:p w:rsidR="00E57521" w:rsidRDefault="00EF4F20" w:rsidP="00E57521">
      <w:pPr>
        <w:pStyle w:val="T3"/>
        <w:rPr>
          <w:rFonts w:asciiTheme="minorHAnsi" w:hAnsiTheme="minorHAnsi"/>
          <w:noProof/>
          <w:sz w:val="22"/>
          <w:lang w:eastAsia="tr-TR"/>
        </w:rPr>
      </w:pPr>
      <w:hyperlink w:anchor="_Toc237274317" w:history="1">
        <w:r w:rsidR="00E57521" w:rsidRPr="00F7428B">
          <w:rPr>
            <w:rStyle w:val="Kpr"/>
            <w:noProof/>
          </w:rPr>
          <w:t>1.1.1 Third-Level Headings</w:t>
        </w:r>
        <w:r w:rsidR="00E57521">
          <w:rPr>
            <w:noProof/>
            <w:webHidden/>
          </w:rPr>
          <w:tab/>
        </w:r>
        <w:r w:rsidR="00E57521">
          <w:rPr>
            <w:noProof/>
            <w:webHidden/>
          </w:rPr>
          <w:fldChar w:fldCharType="begin"/>
        </w:r>
        <w:r w:rsidR="00E57521">
          <w:rPr>
            <w:noProof/>
            <w:webHidden/>
          </w:rPr>
          <w:instrText xml:space="preserve"> PAGEREF _Toc237274317 \h </w:instrText>
        </w:r>
        <w:r w:rsidR="00E57521">
          <w:rPr>
            <w:noProof/>
            <w:webHidden/>
          </w:rPr>
        </w:r>
        <w:r w:rsidR="00E57521">
          <w:rPr>
            <w:noProof/>
            <w:webHidden/>
          </w:rPr>
          <w:fldChar w:fldCharType="separate"/>
        </w:r>
        <w:r w:rsidR="00E57521">
          <w:rPr>
            <w:noProof/>
            <w:webHidden/>
          </w:rPr>
          <w:t>2</w:t>
        </w:r>
        <w:r w:rsidR="00E57521">
          <w:rPr>
            <w:noProof/>
            <w:webHidden/>
          </w:rPr>
          <w:fldChar w:fldCharType="end"/>
        </w:r>
      </w:hyperlink>
    </w:p>
    <w:p w:rsidR="00E57521" w:rsidRDefault="00EF4F20" w:rsidP="00E57521">
      <w:pPr>
        <w:pStyle w:val="T4"/>
        <w:rPr>
          <w:rFonts w:asciiTheme="minorHAnsi" w:hAnsiTheme="minorHAnsi"/>
          <w:noProof/>
          <w:sz w:val="22"/>
          <w:lang w:eastAsia="tr-TR"/>
        </w:rPr>
      </w:pPr>
      <w:hyperlink w:anchor="_Toc237274318" w:history="1">
        <w:r w:rsidR="00E57521" w:rsidRPr="00F7428B">
          <w:rPr>
            <w:rStyle w:val="Kpr"/>
            <w:noProof/>
          </w:rPr>
          <w:t>1.1.1.1 Fourth-Level Headings</w:t>
        </w:r>
        <w:r w:rsidR="00E57521">
          <w:rPr>
            <w:noProof/>
            <w:webHidden/>
          </w:rPr>
          <w:tab/>
        </w:r>
        <w:r w:rsidR="00E57521">
          <w:rPr>
            <w:noProof/>
            <w:webHidden/>
          </w:rPr>
          <w:fldChar w:fldCharType="begin"/>
        </w:r>
        <w:r w:rsidR="00E57521">
          <w:rPr>
            <w:noProof/>
            <w:webHidden/>
          </w:rPr>
          <w:instrText xml:space="preserve"> PAGEREF _Toc237274318 \h </w:instrText>
        </w:r>
        <w:r w:rsidR="00E57521">
          <w:rPr>
            <w:noProof/>
            <w:webHidden/>
          </w:rPr>
        </w:r>
        <w:r w:rsidR="00E57521">
          <w:rPr>
            <w:noProof/>
            <w:webHidden/>
          </w:rPr>
          <w:fldChar w:fldCharType="separate"/>
        </w:r>
        <w:r w:rsidR="00E57521">
          <w:rPr>
            <w:noProof/>
            <w:webHidden/>
          </w:rPr>
          <w:t>3</w:t>
        </w:r>
        <w:r w:rsidR="00E57521">
          <w:rPr>
            <w:noProof/>
            <w:webHidden/>
          </w:rPr>
          <w:fldChar w:fldCharType="end"/>
        </w:r>
      </w:hyperlink>
    </w:p>
    <w:p w:rsidR="00E57521" w:rsidRDefault="00EF4F20" w:rsidP="00E57521">
      <w:pPr>
        <w:pStyle w:val="T5"/>
        <w:rPr>
          <w:rFonts w:asciiTheme="minorHAnsi" w:hAnsiTheme="minorHAnsi"/>
          <w:noProof/>
          <w:sz w:val="22"/>
          <w:lang w:eastAsia="tr-TR"/>
        </w:rPr>
      </w:pPr>
      <w:hyperlink w:anchor="_Toc237274319" w:history="1">
        <w:r w:rsidR="00E57521" w:rsidRPr="00F7428B">
          <w:rPr>
            <w:rStyle w:val="Kpr"/>
            <w:noProof/>
          </w:rPr>
          <w:t>1.1.1.1.1 Fifth-Level Headings</w:t>
        </w:r>
        <w:r w:rsidR="00E57521">
          <w:rPr>
            <w:noProof/>
            <w:webHidden/>
          </w:rPr>
          <w:tab/>
        </w:r>
        <w:r w:rsidR="00E57521">
          <w:rPr>
            <w:noProof/>
            <w:webHidden/>
          </w:rPr>
          <w:fldChar w:fldCharType="begin"/>
        </w:r>
        <w:r w:rsidR="00E57521">
          <w:rPr>
            <w:noProof/>
            <w:webHidden/>
          </w:rPr>
          <w:instrText xml:space="preserve"> PAGEREF _Toc237274319 \h </w:instrText>
        </w:r>
        <w:r w:rsidR="00E57521">
          <w:rPr>
            <w:noProof/>
            <w:webHidden/>
          </w:rPr>
        </w:r>
        <w:r w:rsidR="00E57521">
          <w:rPr>
            <w:noProof/>
            <w:webHidden/>
          </w:rPr>
          <w:fldChar w:fldCharType="separate"/>
        </w:r>
        <w:r w:rsidR="00E57521">
          <w:rPr>
            <w:noProof/>
            <w:webHidden/>
          </w:rPr>
          <w:t>3</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20" w:history="1">
        <w:r w:rsidR="00E57521" w:rsidRPr="00F7428B">
          <w:rPr>
            <w:rStyle w:val="Kpr"/>
            <w:noProof/>
          </w:rPr>
          <w:t>2. CHAPTER TITLE (FIRST-LEVEL HEADING)</w:t>
        </w:r>
        <w:r w:rsidR="00E57521">
          <w:rPr>
            <w:noProof/>
            <w:webHidden/>
          </w:rPr>
          <w:tab/>
        </w:r>
        <w:r w:rsidR="00E57521">
          <w:rPr>
            <w:noProof/>
            <w:webHidden/>
          </w:rPr>
          <w:fldChar w:fldCharType="begin"/>
        </w:r>
        <w:r w:rsidR="00E57521">
          <w:rPr>
            <w:noProof/>
            <w:webHidden/>
          </w:rPr>
          <w:instrText xml:space="preserve"> PAGEREF _Toc237274320 \h </w:instrText>
        </w:r>
        <w:r w:rsidR="00E57521">
          <w:rPr>
            <w:noProof/>
            <w:webHidden/>
          </w:rPr>
        </w:r>
        <w:r w:rsidR="00E57521">
          <w:rPr>
            <w:noProof/>
            <w:webHidden/>
          </w:rPr>
          <w:fldChar w:fldCharType="separate"/>
        </w:r>
        <w:r w:rsidR="00E57521">
          <w:rPr>
            <w:noProof/>
            <w:webHidden/>
          </w:rPr>
          <w:t>4</w:t>
        </w:r>
        <w:r w:rsidR="00E57521">
          <w:rPr>
            <w:noProof/>
            <w:webHidden/>
          </w:rPr>
          <w:fldChar w:fldCharType="end"/>
        </w:r>
      </w:hyperlink>
    </w:p>
    <w:p w:rsidR="00E57521" w:rsidRDefault="00EF4F20" w:rsidP="00E57521">
      <w:pPr>
        <w:pStyle w:val="T2"/>
        <w:rPr>
          <w:rFonts w:asciiTheme="minorHAnsi" w:hAnsiTheme="minorHAnsi"/>
          <w:noProof/>
          <w:sz w:val="22"/>
          <w:lang w:eastAsia="tr-TR"/>
        </w:rPr>
      </w:pPr>
      <w:hyperlink w:anchor="_Toc237274321" w:history="1">
        <w:r w:rsidR="00E57521" w:rsidRPr="00F7428B">
          <w:rPr>
            <w:rStyle w:val="Kpr"/>
            <w:noProof/>
          </w:rPr>
          <w:t>2.1 Second-Level Headings</w:t>
        </w:r>
        <w:r w:rsidR="00E57521">
          <w:rPr>
            <w:noProof/>
            <w:webHidden/>
          </w:rPr>
          <w:tab/>
        </w:r>
        <w:r w:rsidR="00E57521">
          <w:rPr>
            <w:noProof/>
            <w:webHidden/>
          </w:rPr>
          <w:fldChar w:fldCharType="begin"/>
        </w:r>
        <w:r w:rsidR="00E57521">
          <w:rPr>
            <w:noProof/>
            <w:webHidden/>
          </w:rPr>
          <w:instrText xml:space="preserve"> PAGEREF _Toc237274321 \h </w:instrText>
        </w:r>
        <w:r w:rsidR="00E57521">
          <w:rPr>
            <w:noProof/>
            <w:webHidden/>
          </w:rPr>
        </w:r>
        <w:r w:rsidR="00E57521">
          <w:rPr>
            <w:noProof/>
            <w:webHidden/>
          </w:rPr>
          <w:fldChar w:fldCharType="separate"/>
        </w:r>
        <w:r w:rsidR="00E57521">
          <w:rPr>
            <w:noProof/>
            <w:webHidden/>
          </w:rPr>
          <w:t>4</w:t>
        </w:r>
        <w:r w:rsidR="00E57521">
          <w:rPr>
            <w:noProof/>
            <w:webHidden/>
          </w:rPr>
          <w:fldChar w:fldCharType="end"/>
        </w:r>
      </w:hyperlink>
    </w:p>
    <w:p w:rsidR="00E57521" w:rsidRDefault="00EF4F20" w:rsidP="00E57521">
      <w:pPr>
        <w:pStyle w:val="T3"/>
        <w:rPr>
          <w:rFonts w:asciiTheme="minorHAnsi" w:hAnsiTheme="minorHAnsi"/>
          <w:noProof/>
          <w:sz w:val="22"/>
          <w:lang w:eastAsia="tr-TR"/>
        </w:rPr>
      </w:pPr>
      <w:hyperlink w:anchor="_Toc237274322" w:history="1">
        <w:r w:rsidR="00E57521" w:rsidRPr="00F7428B">
          <w:rPr>
            <w:rStyle w:val="Kpr"/>
            <w:noProof/>
          </w:rPr>
          <w:t>2.1.1 Third-Level Headings</w:t>
        </w:r>
        <w:r w:rsidR="00E57521">
          <w:rPr>
            <w:noProof/>
            <w:webHidden/>
          </w:rPr>
          <w:tab/>
        </w:r>
        <w:r w:rsidR="00E57521">
          <w:rPr>
            <w:noProof/>
            <w:webHidden/>
          </w:rPr>
          <w:fldChar w:fldCharType="begin"/>
        </w:r>
        <w:r w:rsidR="00E57521">
          <w:rPr>
            <w:noProof/>
            <w:webHidden/>
          </w:rPr>
          <w:instrText xml:space="preserve"> PAGEREF _Toc237274322 \h </w:instrText>
        </w:r>
        <w:r w:rsidR="00E57521">
          <w:rPr>
            <w:noProof/>
            <w:webHidden/>
          </w:rPr>
        </w:r>
        <w:r w:rsidR="00E57521">
          <w:rPr>
            <w:noProof/>
            <w:webHidden/>
          </w:rPr>
          <w:fldChar w:fldCharType="separate"/>
        </w:r>
        <w:r w:rsidR="00E57521">
          <w:rPr>
            <w:noProof/>
            <w:webHidden/>
          </w:rPr>
          <w:t>4</w:t>
        </w:r>
        <w:r w:rsidR="00E57521">
          <w:rPr>
            <w:noProof/>
            <w:webHidden/>
          </w:rPr>
          <w:fldChar w:fldCharType="end"/>
        </w:r>
      </w:hyperlink>
    </w:p>
    <w:p w:rsidR="00E57521" w:rsidRDefault="00EF4F20" w:rsidP="00E57521">
      <w:pPr>
        <w:pStyle w:val="T4"/>
        <w:rPr>
          <w:rFonts w:asciiTheme="minorHAnsi" w:hAnsiTheme="minorHAnsi"/>
          <w:noProof/>
          <w:sz w:val="22"/>
          <w:lang w:eastAsia="tr-TR"/>
        </w:rPr>
      </w:pPr>
      <w:hyperlink w:anchor="_Toc237274323" w:history="1">
        <w:r w:rsidR="00E57521" w:rsidRPr="00F7428B">
          <w:rPr>
            <w:rStyle w:val="Kpr"/>
            <w:noProof/>
          </w:rPr>
          <w:t>2.1.1.1 Fourth-Level Headings</w:t>
        </w:r>
        <w:r w:rsidR="00E57521">
          <w:rPr>
            <w:noProof/>
            <w:webHidden/>
          </w:rPr>
          <w:tab/>
        </w:r>
        <w:r w:rsidR="00E57521">
          <w:rPr>
            <w:noProof/>
            <w:webHidden/>
          </w:rPr>
          <w:fldChar w:fldCharType="begin"/>
        </w:r>
        <w:r w:rsidR="00E57521">
          <w:rPr>
            <w:noProof/>
            <w:webHidden/>
          </w:rPr>
          <w:instrText xml:space="preserve"> PAGEREF _Toc237274323 \h </w:instrText>
        </w:r>
        <w:r w:rsidR="00E57521">
          <w:rPr>
            <w:noProof/>
            <w:webHidden/>
          </w:rPr>
        </w:r>
        <w:r w:rsidR="00E57521">
          <w:rPr>
            <w:noProof/>
            <w:webHidden/>
          </w:rPr>
          <w:fldChar w:fldCharType="separate"/>
        </w:r>
        <w:r w:rsidR="00E57521">
          <w:rPr>
            <w:noProof/>
            <w:webHidden/>
          </w:rPr>
          <w:t>5</w:t>
        </w:r>
        <w:r w:rsidR="00E57521">
          <w:rPr>
            <w:noProof/>
            <w:webHidden/>
          </w:rPr>
          <w:fldChar w:fldCharType="end"/>
        </w:r>
      </w:hyperlink>
    </w:p>
    <w:p w:rsidR="00E57521" w:rsidRDefault="00EF4F20" w:rsidP="00E57521">
      <w:pPr>
        <w:pStyle w:val="T5"/>
        <w:rPr>
          <w:rFonts w:asciiTheme="minorHAnsi" w:hAnsiTheme="minorHAnsi"/>
          <w:noProof/>
          <w:sz w:val="22"/>
          <w:lang w:eastAsia="tr-TR"/>
        </w:rPr>
      </w:pPr>
      <w:hyperlink w:anchor="_Toc237274324" w:history="1">
        <w:r w:rsidR="00E57521" w:rsidRPr="00F7428B">
          <w:rPr>
            <w:rStyle w:val="Kpr"/>
            <w:noProof/>
          </w:rPr>
          <w:t>2.1.1.1.1 Fifth-Level Headings</w:t>
        </w:r>
        <w:r w:rsidR="00E57521">
          <w:rPr>
            <w:noProof/>
            <w:webHidden/>
          </w:rPr>
          <w:tab/>
        </w:r>
        <w:r w:rsidR="00E57521">
          <w:rPr>
            <w:noProof/>
            <w:webHidden/>
          </w:rPr>
          <w:fldChar w:fldCharType="begin"/>
        </w:r>
        <w:r w:rsidR="00E57521">
          <w:rPr>
            <w:noProof/>
            <w:webHidden/>
          </w:rPr>
          <w:instrText xml:space="preserve"> PAGEREF _Toc237274324 \h </w:instrText>
        </w:r>
        <w:r w:rsidR="00E57521">
          <w:rPr>
            <w:noProof/>
            <w:webHidden/>
          </w:rPr>
        </w:r>
        <w:r w:rsidR="00E57521">
          <w:rPr>
            <w:noProof/>
            <w:webHidden/>
          </w:rPr>
          <w:fldChar w:fldCharType="separate"/>
        </w:r>
        <w:r w:rsidR="00E57521">
          <w:rPr>
            <w:noProof/>
            <w:webHidden/>
          </w:rPr>
          <w:t>5</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25" w:history="1">
        <w:r w:rsidR="00E57521" w:rsidRPr="00F7428B">
          <w:rPr>
            <w:rStyle w:val="Kpr"/>
            <w:noProof/>
          </w:rPr>
          <w:t>3. CHAPTER TITLE (FIRST-LEVEL HEADING)</w:t>
        </w:r>
        <w:r w:rsidR="00E57521">
          <w:rPr>
            <w:noProof/>
            <w:webHidden/>
          </w:rPr>
          <w:tab/>
        </w:r>
        <w:r w:rsidR="00E57521">
          <w:rPr>
            <w:noProof/>
            <w:webHidden/>
          </w:rPr>
          <w:fldChar w:fldCharType="begin"/>
        </w:r>
        <w:r w:rsidR="00E57521">
          <w:rPr>
            <w:noProof/>
            <w:webHidden/>
          </w:rPr>
          <w:instrText xml:space="preserve"> PAGEREF _Toc237274325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F4F20" w:rsidP="00E57521">
      <w:pPr>
        <w:pStyle w:val="T2"/>
        <w:rPr>
          <w:rFonts w:asciiTheme="minorHAnsi" w:hAnsiTheme="minorHAnsi"/>
          <w:noProof/>
          <w:sz w:val="22"/>
          <w:lang w:eastAsia="tr-TR"/>
        </w:rPr>
      </w:pPr>
      <w:hyperlink w:anchor="_Toc237274326" w:history="1">
        <w:r w:rsidR="00E57521" w:rsidRPr="00F7428B">
          <w:rPr>
            <w:rStyle w:val="Kpr"/>
            <w:noProof/>
          </w:rPr>
          <w:t>3.1 Second-Level Headings</w:t>
        </w:r>
        <w:r w:rsidR="00E57521">
          <w:rPr>
            <w:noProof/>
            <w:webHidden/>
          </w:rPr>
          <w:tab/>
        </w:r>
        <w:r w:rsidR="00E57521">
          <w:rPr>
            <w:noProof/>
            <w:webHidden/>
          </w:rPr>
          <w:fldChar w:fldCharType="begin"/>
        </w:r>
        <w:r w:rsidR="00E57521">
          <w:rPr>
            <w:noProof/>
            <w:webHidden/>
          </w:rPr>
          <w:instrText xml:space="preserve"> PAGEREF _Toc237274326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F4F20" w:rsidP="00E57521">
      <w:pPr>
        <w:pStyle w:val="T3"/>
        <w:rPr>
          <w:rFonts w:asciiTheme="minorHAnsi" w:hAnsiTheme="minorHAnsi"/>
          <w:noProof/>
          <w:sz w:val="22"/>
          <w:lang w:eastAsia="tr-TR"/>
        </w:rPr>
      </w:pPr>
      <w:hyperlink w:anchor="_Toc237274327" w:history="1">
        <w:r w:rsidR="00E57521" w:rsidRPr="00F7428B">
          <w:rPr>
            <w:rStyle w:val="Kpr"/>
            <w:noProof/>
          </w:rPr>
          <w:t>3.1.1 Third-Level Headings</w:t>
        </w:r>
        <w:r w:rsidR="00E57521">
          <w:rPr>
            <w:noProof/>
            <w:webHidden/>
          </w:rPr>
          <w:tab/>
        </w:r>
        <w:r w:rsidR="00E57521">
          <w:rPr>
            <w:noProof/>
            <w:webHidden/>
          </w:rPr>
          <w:fldChar w:fldCharType="begin"/>
        </w:r>
        <w:r w:rsidR="00E57521">
          <w:rPr>
            <w:noProof/>
            <w:webHidden/>
          </w:rPr>
          <w:instrText xml:space="preserve"> PAGEREF _Toc237274327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F4F20" w:rsidP="00E57521">
      <w:pPr>
        <w:pStyle w:val="T4"/>
        <w:rPr>
          <w:rFonts w:asciiTheme="minorHAnsi" w:hAnsiTheme="minorHAnsi"/>
          <w:noProof/>
          <w:sz w:val="22"/>
          <w:lang w:eastAsia="tr-TR"/>
        </w:rPr>
      </w:pPr>
      <w:hyperlink w:anchor="_Toc237274328" w:history="1">
        <w:r w:rsidR="00E57521" w:rsidRPr="00F7428B">
          <w:rPr>
            <w:rStyle w:val="Kpr"/>
            <w:noProof/>
          </w:rPr>
          <w:t>3.1.1.1 Fourth-Level Headings</w:t>
        </w:r>
        <w:r w:rsidR="00E57521">
          <w:rPr>
            <w:noProof/>
            <w:webHidden/>
          </w:rPr>
          <w:tab/>
        </w:r>
        <w:r w:rsidR="00E57521">
          <w:rPr>
            <w:noProof/>
            <w:webHidden/>
          </w:rPr>
          <w:fldChar w:fldCharType="begin"/>
        </w:r>
        <w:r w:rsidR="00E57521">
          <w:rPr>
            <w:noProof/>
            <w:webHidden/>
          </w:rPr>
          <w:instrText xml:space="preserve"> PAGEREF _Toc237274328 \h </w:instrText>
        </w:r>
        <w:r w:rsidR="00E57521">
          <w:rPr>
            <w:noProof/>
            <w:webHidden/>
          </w:rPr>
        </w:r>
        <w:r w:rsidR="00E57521">
          <w:rPr>
            <w:noProof/>
            <w:webHidden/>
          </w:rPr>
          <w:fldChar w:fldCharType="separate"/>
        </w:r>
        <w:r w:rsidR="00E57521">
          <w:rPr>
            <w:noProof/>
            <w:webHidden/>
          </w:rPr>
          <w:t>6</w:t>
        </w:r>
        <w:r w:rsidR="00E57521">
          <w:rPr>
            <w:noProof/>
            <w:webHidden/>
          </w:rPr>
          <w:fldChar w:fldCharType="end"/>
        </w:r>
      </w:hyperlink>
    </w:p>
    <w:p w:rsidR="00E57521" w:rsidRDefault="00EF4F20" w:rsidP="00E57521">
      <w:pPr>
        <w:pStyle w:val="T5"/>
        <w:rPr>
          <w:rFonts w:asciiTheme="minorHAnsi" w:hAnsiTheme="minorHAnsi"/>
          <w:noProof/>
          <w:sz w:val="22"/>
          <w:lang w:eastAsia="tr-TR"/>
        </w:rPr>
      </w:pPr>
      <w:hyperlink w:anchor="_Toc237274329" w:history="1">
        <w:r w:rsidR="00E57521" w:rsidRPr="00F7428B">
          <w:rPr>
            <w:rStyle w:val="Kpr"/>
            <w:noProof/>
          </w:rPr>
          <w:t>3.1.1.1.1 Fifth-Level Headings</w:t>
        </w:r>
        <w:r w:rsidR="00E57521">
          <w:rPr>
            <w:noProof/>
            <w:webHidden/>
          </w:rPr>
          <w:tab/>
        </w:r>
        <w:r w:rsidR="00E57521">
          <w:rPr>
            <w:noProof/>
            <w:webHidden/>
          </w:rPr>
          <w:fldChar w:fldCharType="begin"/>
        </w:r>
        <w:r w:rsidR="00E57521">
          <w:rPr>
            <w:noProof/>
            <w:webHidden/>
          </w:rPr>
          <w:instrText xml:space="preserve"> PAGEREF _Toc237274329 \h </w:instrText>
        </w:r>
        <w:r w:rsidR="00E57521">
          <w:rPr>
            <w:noProof/>
            <w:webHidden/>
          </w:rPr>
        </w:r>
        <w:r w:rsidR="00E57521">
          <w:rPr>
            <w:noProof/>
            <w:webHidden/>
          </w:rPr>
          <w:fldChar w:fldCharType="separate"/>
        </w:r>
        <w:r w:rsidR="00E57521">
          <w:rPr>
            <w:noProof/>
            <w:webHidden/>
          </w:rPr>
          <w:t>7</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30" w:history="1">
        <w:r w:rsidR="00E57521" w:rsidRPr="00F7428B">
          <w:rPr>
            <w:rStyle w:val="Kpr"/>
            <w:noProof/>
          </w:rPr>
          <w:t>CONCLUSION</w:t>
        </w:r>
        <w:r w:rsidR="00E57521">
          <w:rPr>
            <w:noProof/>
            <w:webHidden/>
          </w:rPr>
          <w:tab/>
        </w:r>
        <w:r w:rsidR="00E57521">
          <w:rPr>
            <w:noProof/>
            <w:webHidden/>
          </w:rPr>
          <w:fldChar w:fldCharType="begin"/>
        </w:r>
        <w:r w:rsidR="00E57521">
          <w:rPr>
            <w:noProof/>
            <w:webHidden/>
          </w:rPr>
          <w:instrText xml:space="preserve"> PAGEREF _Toc237274330 \h </w:instrText>
        </w:r>
        <w:r w:rsidR="00E57521">
          <w:rPr>
            <w:noProof/>
            <w:webHidden/>
          </w:rPr>
        </w:r>
        <w:r w:rsidR="00E57521">
          <w:rPr>
            <w:noProof/>
            <w:webHidden/>
          </w:rPr>
          <w:fldChar w:fldCharType="separate"/>
        </w:r>
        <w:r w:rsidR="00E57521">
          <w:rPr>
            <w:noProof/>
            <w:webHidden/>
          </w:rPr>
          <w:t>8</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31" w:history="1">
        <w:r w:rsidR="00E57521" w:rsidRPr="00F7428B">
          <w:rPr>
            <w:rStyle w:val="Kpr"/>
            <w:noProof/>
          </w:rPr>
          <w:t>REFERENCES</w:t>
        </w:r>
        <w:r w:rsidR="00E57521">
          <w:rPr>
            <w:noProof/>
            <w:webHidden/>
          </w:rPr>
          <w:tab/>
        </w:r>
        <w:r w:rsidR="00E57521">
          <w:rPr>
            <w:noProof/>
            <w:webHidden/>
          </w:rPr>
          <w:fldChar w:fldCharType="begin"/>
        </w:r>
        <w:r w:rsidR="00E57521">
          <w:rPr>
            <w:noProof/>
            <w:webHidden/>
          </w:rPr>
          <w:instrText xml:space="preserve"> PAGEREF _Toc237274331 \h </w:instrText>
        </w:r>
        <w:r w:rsidR="00E57521">
          <w:rPr>
            <w:noProof/>
            <w:webHidden/>
          </w:rPr>
        </w:r>
        <w:r w:rsidR="00E57521">
          <w:rPr>
            <w:noProof/>
            <w:webHidden/>
          </w:rPr>
          <w:fldChar w:fldCharType="separate"/>
        </w:r>
        <w:r w:rsidR="00E57521">
          <w:rPr>
            <w:noProof/>
            <w:webHidden/>
          </w:rPr>
          <w:t>9</w:t>
        </w:r>
        <w:r w:rsidR="00E57521">
          <w:rPr>
            <w:noProof/>
            <w:webHidden/>
          </w:rPr>
          <w:fldChar w:fldCharType="end"/>
        </w:r>
      </w:hyperlink>
    </w:p>
    <w:p w:rsidR="00E57521" w:rsidRDefault="00EF4F20" w:rsidP="00E57521">
      <w:pPr>
        <w:pStyle w:val="T1"/>
        <w:rPr>
          <w:rFonts w:asciiTheme="minorHAnsi" w:hAnsiTheme="minorHAnsi"/>
          <w:noProof/>
          <w:sz w:val="22"/>
          <w:lang w:eastAsia="tr-TR"/>
        </w:rPr>
      </w:pPr>
      <w:hyperlink w:anchor="_Toc237274332" w:history="1">
        <w:r w:rsidR="00E57521" w:rsidRPr="00F7428B">
          <w:rPr>
            <w:rStyle w:val="Kpr"/>
            <w:noProof/>
          </w:rPr>
          <w:t>APPENDICES</w:t>
        </w:r>
        <w:r w:rsidR="00E57521">
          <w:rPr>
            <w:noProof/>
            <w:webHidden/>
          </w:rPr>
          <w:tab/>
        </w:r>
        <w:r w:rsidR="00E57521">
          <w:rPr>
            <w:noProof/>
            <w:webHidden/>
          </w:rPr>
          <w:fldChar w:fldCharType="begin"/>
        </w:r>
        <w:r w:rsidR="00E57521">
          <w:rPr>
            <w:noProof/>
            <w:webHidden/>
          </w:rPr>
          <w:instrText xml:space="preserve"> PAGEREF _Toc237274332 \h </w:instrText>
        </w:r>
        <w:r w:rsidR="00E57521">
          <w:rPr>
            <w:noProof/>
            <w:webHidden/>
          </w:rPr>
        </w:r>
        <w:r w:rsidR="00E57521">
          <w:rPr>
            <w:noProof/>
            <w:webHidden/>
          </w:rPr>
          <w:fldChar w:fldCharType="separate"/>
        </w:r>
        <w:r w:rsidR="00E57521">
          <w:rPr>
            <w:noProof/>
            <w:webHidden/>
          </w:rPr>
          <w:t>10</w:t>
        </w:r>
        <w:r w:rsidR="00E57521">
          <w:rPr>
            <w:noProof/>
            <w:webHidden/>
          </w:rPr>
          <w:fldChar w:fldCharType="end"/>
        </w:r>
      </w:hyperlink>
    </w:p>
    <w:p w:rsidR="0095130D" w:rsidRPr="007307EB" w:rsidRDefault="00E57521" w:rsidP="00E57521">
      <w:pPr>
        <w:tabs>
          <w:tab w:val="left" w:pos="960"/>
          <w:tab w:val="right" w:leader="dot" w:pos="8827"/>
        </w:tabs>
        <w:ind w:firstLine="0"/>
        <w:jc w:val="left"/>
        <w:rPr>
          <w:rFonts w:ascii="Corbel" w:eastAsia="Times New Roman" w:hAnsi="Corbel" w:cs="Times New Roman"/>
          <w:bCs/>
          <w:noProof/>
          <w:sz w:val="22"/>
          <w:lang w:eastAsia="tr-TR"/>
        </w:rPr>
      </w:pPr>
      <w:r>
        <w:fldChar w:fldCharType="end"/>
      </w:r>
    </w:p>
    <w:p w:rsidR="002045D8" w:rsidRDefault="002045D8"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E57521">
      <w:pPr>
        <w:ind w:firstLine="0"/>
      </w:pPr>
    </w:p>
    <w:p w:rsidR="00E57521" w:rsidRDefault="00E57521" w:rsidP="00E57521">
      <w:pPr>
        <w:ind w:firstLine="0"/>
      </w:pPr>
    </w:p>
    <w:p w:rsidR="00F318E3" w:rsidRPr="00BA73F5" w:rsidRDefault="00BA73F5" w:rsidP="00C31C05">
      <w:pPr>
        <w:pStyle w:val="Stil1"/>
        <w:rPr>
          <w:rStyle w:val="Gl"/>
          <w:b/>
        </w:rPr>
      </w:pPr>
      <w:bookmarkStart w:id="6" w:name="_Toc237274310"/>
      <w:r w:rsidRPr="00BA73F5">
        <w:lastRenderedPageBreak/>
        <w:t>LIST OF TABLES</w:t>
      </w:r>
      <w:bookmarkEnd w:id="6"/>
    </w:p>
    <w:p w:rsidR="00F318E3" w:rsidRDefault="00031CDC" w:rsidP="00F318E3">
      <w:pPr>
        <w:ind w:firstLine="0"/>
        <w:rPr>
          <w:rStyle w:val="Gl"/>
          <w:b w:val="0"/>
        </w:rPr>
      </w:pPr>
      <w:r>
        <w:t>Table 1.1</w:t>
      </w:r>
      <w:r w:rsidR="00BA73F5">
        <w:t xml:space="preserve"> Table Title</w:t>
      </w:r>
      <w:proofErr w:type="gramStart"/>
      <w:r w:rsidR="00F318E3">
        <w:rPr>
          <w:rStyle w:val="Gl"/>
          <w:b w:val="0"/>
        </w:rPr>
        <w:t>……………………………………………………………</w:t>
      </w:r>
      <w:r w:rsidR="00924E53">
        <w:rPr>
          <w:rStyle w:val="Gl"/>
          <w:b w:val="0"/>
        </w:rPr>
        <w:t>…</w:t>
      </w:r>
      <w:proofErr w:type="gramEnd"/>
      <w:r w:rsidR="00924E53" w:rsidRPr="00924E53">
        <w:rPr>
          <w:rStyle w:val="Gl"/>
          <w:b w:val="0"/>
        </w:rPr>
        <w:t xml:space="preserve"> </w:t>
      </w:r>
      <w:r w:rsidR="00BA73F5">
        <w:rPr>
          <w:rStyle w:val="Gl"/>
          <w:b w:val="0"/>
        </w:rPr>
        <w:t>page</w:t>
      </w:r>
      <w:r w:rsidR="00924E53">
        <w:rPr>
          <w:rStyle w:val="Gl"/>
          <w:b w:val="0"/>
        </w:rPr>
        <w:t xml:space="preserve"> no</w:t>
      </w:r>
    </w:p>
    <w:p w:rsidR="00F318E3" w:rsidRDefault="00031CDC" w:rsidP="00F318E3">
      <w:pPr>
        <w:ind w:firstLine="0"/>
        <w:rPr>
          <w:rStyle w:val="Gl"/>
          <w:b w:val="0"/>
        </w:rPr>
      </w:pPr>
      <w:r>
        <w:t>Table 2.1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F318E3" w:rsidRPr="00F318E3" w:rsidRDefault="00031CDC" w:rsidP="00F318E3">
      <w:pPr>
        <w:ind w:firstLine="0"/>
        <w:rPr>
          <w:rStyle w:val="Gl"/>
          <w:b w:val="0"/>
        </w:rPr>
      </w:pPr>
      <w:r>
        <w:t>Table 3.1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6D339E" w:rsidRDefault="00490CED" w:rsidP="00C31C05">
      <w:pPr>
        <w:pStyle w:val="Stil1"/>
      </w:pPr>
      <w:r>
        <w:rPr>
          <w:rStyle w:val="Gl"/>
        </w:rPr>
        <w:lastRenderedPageBreak/>
        <w:t xml:space="preserve"> </w:t>
      </w:r>
      <w:bookmarkStart w:id="7" w:name="_Toc237274311"/>
      <w:r w:rsidR="009B4324" w:rsidRPr="009B4324">
        <w:t>LIST OF FIGURES</w:t>
      </w:r>
      <w:bookmarkEnd w:id="7"/>
    </w:p>
    <w:p w:rsidR="00F318E3" w:rsidRDefault="00031CDC" w:rsidP="00F318E3">
      <w:pPr>
        <w:ind w:firstLine="0"/>
        <w:rPr>
          <w:rStyle w:val="Gl"/>
          <w:b w:val="0"/>
        </w:rPr>
      </w:pPr>
      <w:r>
        <w:t>Figure 1.1</w:t>
      </w:r>
      <w:r w:rsidR="009B4324">
        <w:t xml:space="preserve"> Figure Title</w:t>
      </w:r>
      <w:proofErr w:type="gramStart"/>
      <w:r w:rsidR="00F318E3">
        <w:rPr>
          <w:rStyle w:val="Gl"/>
          <w:b w:val="0"/>
        </w:rPr>
        <w:t>……………………………………………………………</w:t>
      </w:r>
      <w:r w:rsidR="009B4324">
        <w:rPr>
          <w:rStyle w:val="Gl"/>
          <w:b w:val="0"/>
        </w:rPr>
        <w:t>.</w:t>
      </w:r>
      <w:proofErr w:type="gramEnd"/>
      <w:r w:rsidR="009B4324">
        <w:rPr>
          <w:rStyle w:val="Gl"/>
          <w:b w:val="0"/>
        </w:rPr>
        <w:t>page</w:t>
      </w:r>
      <w:r w:rsidR="00E44599">
        <w:rPr>
          <w:rStyle w:val="Gl"/>
          <w:b w:val="0"/>
        </w:rPr>
        <w:t xml:space="preserve"> no</w:t>
      </w:r>
    </w:p>
    <w:p w:rsidR="00F318E3" w:rsidRDefault="00031CDC" w:rsidP="00F318E3">
      <w:pPr>
        <w:ind w:firstLine="0"/>
        <w:rPr>
          <w:rStyle w:val="Gl"/>
          <w:b w:val="0"/>
        </w:rPr>
      </w:pPr>
      <w:r>
        <w:t>Figure 2.1</w:t>
      </w:r>
      <w:r w:rsidR="009B4324">
        <w:t xml:space="preserve"> Figure Title</w:t>
      </w:r>
      <w:proofErr w:type="gramStart"/>
      <w:r w:rsidR="00F318E3">
        <w:rPr>
          <w:rStyle w:val="Gl"/>
          <w:b w:val="0"/>
        </w:rPr>
        <w:t>….…………………………………………………………</w:t>
      </w:r>
      <w:proofErr w:type="gramEnd"/>
      <w:r w:rsidR="009B4324">
        <w:rPr>
          <w:rStyle w:val="Gl"/>
          <w:b w:val="0"/>
        </w:rPr>
        <w:t>page</w:t>
      </w:r>
      <w:r w:rsidR="00E44599">
        <w:rPr>
          <w:rStyle w:val="Gl"/>
          <w:b w:val="0"/>
        </w:rPr>
        <w:t xml:space="preserve"> no</w:t>
      </w:r>
    </w:p>
    <w:p w:rsidR="00F318E3" w:rsidRPr="00F318E3" w:rsidRDefault="00031CDC" w:rsidP="00F318E3">
      <w:pPr>
        <w:ind w:firstLine="0"/>
        <w:rPr>
          <w:rStyle w:val="Gl"/>
          <w:b w:val="0"/>
        </w:rPr>
      </w:pPr>
      <w:r>
        <w:t>Figure 3.1</w:t>
      </w:r>
      <w:r w:rsidR="009B4324">
        <w:t xml:space="preserve"> Figure Title</w:t>
      </w:r>
      <w:proofErr w:type="gramStart"/>
      <w:r w:rsidR="00F318E3">
        <w:rPr>
          <w:rStyle w:val="Gl"/>
          <w:b w:val="0"/>
        </w:rPr>
        <w:t>……………………………………………………………</w:t>
      </w:r>
      <w:r w:rsidR="009B4324">
        <w:rPr>
          <w:rStyle w:val="Gl"/>
          <w:b w:val="0"/>
        </w:rPr>
        <w:t>.</w:t>
      </w:r>
      <w:proofErr w:type="gramEnd"/>
      <w:r w:rsidR="009B4324">
        <w:rPr>
          <w:rStyle w:val="Gl"/>
          <w:b w:val="0"/>
        </w:rPr>
        <w:t>page</w:t>
      </w:r>
      <w:r w:rsidR="00E44599">
        <w:rPr>
          <w:rStyle w:val="Gl"/>
          <w:b w:val="0"/>
        </w:rPr>
        <w:t xml:space="preserve">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9B4324" w:rsidRPr="00C31C05" w:rsidRDefault="009B4324" w:rsidP="00C31C05">
      <w:pPr>
        <w:pStyle w:val="Stil1"/>
      </w:pPr>
      <w:bookmarkStart w:id="8" w:name="_Toc237274312"/>
      <w:r w:rsidRPr="00C31C05">
        <w:rPr>
          <w:rStyle w:val="Gl"/>
          <w:b/>
          <w:bCs w:val="0"/>
        </w:rPr>
        <w:lastRenderedPageBreak/>
        <w:t>LIST OF ABBREVIATIONS</w:t>
      </w:r>
      <w:bookmarkEnd w:id="8"/>
    </w:p>
    <w:p w:rsidR="009B4324" w:rsidRDefault="009B4324" w:rsidP="009B4324">
      <w:pPr>
        <w:pStyle w:val="isselectedend"/>
      </w:pPr>
      <w:r>
        <w:t>ABD</w:t>
      </w:r>
      <w:r>
        <w:t> </w:t>
      </w:r>
      <w:r>
        <w:t> </w:t>
      </w:r>
      <w:r w:rsidR="00031CDC">
        <w:t xml:space="preserve"> </w:t>
      </w:r>
      <w:r>
        <w:t>Department</w:t>
      </w:r>
    </w:p>
    <w:p w:rsidR="009B4324" w:rsidRDefault="009B4324" w:rsidP="009B4324">
      <w:pPr>
        <w:pStyle w:val="isselectedend"/>
      </w:pPr>
      <w:r>
        <w:t>APA</w:t>
      </w:r>
      <w:r>
        <w:t> </w:t>
      </w:r>
      <w:r>
        <w:t> </w:t>
      </w:r>
      <w:r w:rsidR="00031CDC">
        <w:t xml:space="preserve"> </w:t>
      </w:r>
      <w:r>
        <w:t>American Psychological Association</w:t>
      </w:r>
    </w:p>
    <w:p w:rsidR="009B4324" w:rsidRDefault="006D339E" w:rsidP="009B4324">
      <w:pPr>
        <w:pStyle w:val="isselectedend"/>
      </w:pPr>
      <w:r>
        <w:t>BIO</w:t>
      </w:r>
      <w:r w:rsidR="009B4324">
        <w:t> </w:t>
      </w:r>
      <w:r w:rsidR="009B4324">
        <w:t> </w:t>
      </w:r>
      <w:r w:rsidR="00031CDC">
        <w:t xml:space="preserve">  </w:t>
      </w:r>
      <w:r w:rsidR="009B4324">
        <w:t>Body Image Scale</w:t>
      </w:r>
    </w:p>
    <w:p w:rsidR="009B4324" w:rsidRDefault="009B4324" w:rsidP="009B4324">
      <w:pPr>
        <w:pStyle w:val="isselectedend"/>
      </w:pPr>
      <w:r>
        <w:t>SPSS</w:t>
      </w:r>
      <w:r>
        <w:t> </w:t>
      </w:r>
      <w:r>
        <w:t> </w:t>
      </w:r>
      <w:r>
        <w:t>Statistical Package for the Social Sciences</w:t>
      </w:r>
    </w:p>
    <w:p w:rsidR="009B4324" w:rsidRDefault="009B4324" w:rsidP="009B4324">
      <w:pPr>
        <w:pStyle w:val="isselectedend"/>
      </w:pPr>
      <w:r>
        <w:t>TÜİK</w:t>
      </w:r>
      <w:r>
        <w:t> </w:t>
      </w:r>
      <w:r w:rsidR="00031CDC">
        <w:t xml:space="preserve">    </w:t>
      </w:r>
      <w:r>
        <w:t>Turkish Statistical Institute</w:t>
      </w:r>
    </w:p>
    <w:p w:rsidR="009B4324" w:rsidRDefault="009B4324" w:rsidP="009B4324">
      <w:pPr>
        <w:pStyle w:val="isselectedend"/>
      </w:pPr>
      <w:r>
        <w:t>WHO</w:t>
      </w:r>
      <w:r>
        <w:t> </w:t>
      </w:r>
      <w:r>
        <w:t> </w:t>
      </w:r>
      <w:r>
        <w:t>World Health Organization</w:t>
      </w:r>
    </w:p>
    <w:p w:rsidR="009B4324" w:rsidRDefault="009B4324" w:rsidP="009B4324">
      <w:pPr>
        <w:pStyle w:val="NormalWeb"/>
      </w:pPr>
      <w:r>
        <w:t>CoHE</w:t>
      </w:r>
      <w:r>
        <w:t> </w:t>
      </w:r>
      <w:r>
        <w:t> </w:t>
      </w:r>
      <w:r>
        <w:t>Council of Higher Education</w:t>
      </w: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Pr="00C31C05" w:rsidRDefault="009B4324" w:rsidP="00C31C05">
      <w:pPr>
        <w:pStyle w:val="Stil1"/>
      </w:pPr>
      <w:bookmarkStart w:id="9" w:name="_Toc237274313"/>
      <w:r w:rsidRPr="00C31C05">
        <w:rPr>
          <w:rStyle w:val="Gl"/>
          <w:b/>
          <w:bCs w:val="0"/>
        </w:rPr>
        <w:lastRenderedPageBreak/>
        <w:t>LIST OF SYMBOLS</w:t>
      </w:r>
      <w:bookmarkEnd w:id="9"/>
    </w:p>
    <w:p w:rsidR="009B4324" w:rsidRDefault="009B4324" w:rsidP="009B4324">
      <w:pPr>
        <w:pStyle w:val="isselectedend"/>
      </w:pPr>
      <w:proofErr w:type="gramStart"/>
      <w:r>
        <w:t>n</w:t>
      </w:r>
      <w:proofErr w:type="gramEnd"/>
      <w:r>
        <w:t> </w:t>
      </w:r>
      <w:r>
        <w:t> </w:t>
      </w:r>
      <w:r>
        <w:t>Sample size</w:t>
      </w:r>
    </w:p>
    <w:p w:rsidR="009B4324" w:rsidRDefault="009B4324" w:rsidP="009B4324">
      <w:pPr>
        <w:pStyle w:val="isselectedend"/>
      </w:pPr>
      <w:r>
        <w:t>N</w:t>
      </w:r>
      <w:r>
        <w:t> </w:t>
      </w:r>
      <w:r w:rsidR="00031CDC">
        <w:t xml:space="preserve">   </w:t>
      </w:r>
      <w:r>
        <w:t>Population size</w:t>
      </w:r>
    </w:p>
    <w:p w:rsidR="00031CDC" w:rsidRDefault="009B4324" w:rsidP="009B4324">
      <w:pPr>
        <w:pStyle w:val="isselectedend"/>
      </w:pPr>
      <w:r>
        <w:t>X̄</w:t>
      </w:r>
      <w:r>
        <w:t> </w:t>
      </w:r>
      <w:r w:rsidR="00031CDC">
        <w:t xml:space="preserve">   </w:t>
      </w:r>
      <w:r>
        <w:t>Arithmetic mean</w:t>
      </w:r>
    </w:p>
    <w:p w:rsidR="009B4324" w:rsidRDefault="009B4324" w:rsidP="009B4324">
      <w:pPr>
        <w:pStyle w:val="isselectedend"/>
      </w:pPr>
      <w:r>
        <w:t>SD</w:t>
      </w:r>
      <w:r>
        <w:t> </w:t>
      </w:r>
      <w:r w:rsidR="00031CDC">
        <w:t xml:space="preserve"> </w:t>
      </w:r>
      <w:r>
        <w:t>Standard deviation</w:t>
      </w:r>
    </w:p>
    <w:p w:rsidR="009B4324" w:rsidRDefault="009B4324" w:rsidP="009B4324">
      <w:pPr>
        <w:pStyle w:val="isselectedend"/>
      </w:pPr>
      <w:r>
        <w:t>df</w:t>
      </w:r>
      <w:r>
        <w:t> </w:t>
      </w:r>
      <w:r w:rsidR="00031CDC">
        <w:t xml:space="preserve">  </w:t>
      </w:r>
      <w:r>
        <w:t>Degrees of freedom</w:t>
      </w:r>
    </w:p>
    <w:p w:rsidR="009B4324" w:rsidRDefault="009B4324" w:rsidP="009B4324">
      <w:pPr>
        <w:pStyle w:val="isselectedend"/>
      </w:pPr>
      <w:proofErr w:type="gramStart"/>
      <w:r>
        <w:t>p</w:t>
      </w:r>
      <w:proofErr w:type="gramEnd"/>
      <w:r>
        <w:t> </w:t>
      </w:r>
      <w:r w:rsidR="00031CDC">
        <w:t xml:space="preserve">   </w:t>
      </w:r>
      <w:r>
        <w:t>Significance level</w:t>
      </w:r>
    </w:p>
    <w:p w:rsidR="009B4324" w:rsidRDefault="009B4324" w:rsidP="009B4324">
      <w:pPr>
        <w:pStyle w:val="isselectedend"/>
      </w:pPr>
      <w:proofErr w:type="gramStart"/>
      <w:r>
        <w:t>r</w:t>
      </w:r>
      <w:proofErr w:type="gramEnd"/>
      <w:r>
        <w:t> </w:t>
      </w:r>
      <w:r>
        <w:t> </w:t>
      </w:r>
      <w:r>
        <w:t>Correlation coefficient</w:t>
      </w:r>
    </w:p>
    <w:p w:rsidR="009B4324" w:rsidRDefault="009B4324" w:rsidP="009B4324">
      <w:pPr>
        <w:pStyle w:val="isselectedend"/>
      </w:pPr>
      <w:r>
        <w:t>β</w:t>
      </w:r>
      <w:r>
        <w:t> </w:t>
      </w:r>
      <w:r w:rsidR="00031CDC">
        <w:t xml:space="preserve">   </w:t>
      </w:r>
      <w:r>
        <w:t>Standardized regression coefficient</w:t>
      </w:r>
    </w:p>
    <w:p w:rsidR="009B4324" w:rsidRDefault="009B4324" w:rsidP="009B4324">
      <w:pPr>
        <w:pStyle w:val="isselectedend"/>
      </w:pPr>
      <w:proofErr w:type="gramStart"/>
      <w:r>
        <w:t>t</w:t>
      </w:r>
      <w:proofErr w:type="gramEnd"/>
      <w:r>
        <w:t> </w:t>
      </w:r>
      <w:r>
        <w:t> </w:t>
      </w:r>
      <w:r>
        <w:t>t-test statistic</w:t>
      </w:r>
    </w:p>
    <w:p w:rsidR="009B4324" w:rsidRDefault="009B4324" w:rsidP="009B4324">
      <w:pPr>
        <w:pStyle w:val="isselectedend"/>
      </w:pPr>
      <w:r>
        <w:t>F</w:t>
      </w:r>
      <w:r>
        <w:t> </w:t>
      </w:r>
      <w:r w:rsidR="00031CDC">
        <w:t xml:space="preserve">  </w:t>
      </w:r>
      <w:r>
        <w:t>ANOVA test statistic</w:t>
      </w:r>
    </w:p>
    <w:p w:rsidR="009B4324" w:rsidRDefault="009B4324" w:rsidP="009B4324">
      <w:pPr>
        <w:pStyle w:val="NormalWeb"/>
      </w:pPr>
      <w:r>
        <w:t>χ²</w:t>
      </w:r>
      <w:r>
        <w:t> </w:t>
      </w:r>
      <w:r w:rsidR="00031CDC">
        <w:t xml:space="preserve"> </w:t>
      </w:r>
      <w:r>
        <w:t>Chi-square statistic</w:t>
      </w:r>
    </w:p>
    <w:p w:rsidR="00AC070E" w:rsidRDefault="001D4DFA" w:rsidP="000337F5">
      <w:pPr>
        <w:spacing w:after="200" w:line="276" w:lineRule="auto"/>
        <w:ind w:firstLine="0"/>
        <w:jc w:val="left"/>
        <w:sectPr w:rsidR="00AC070E" w:rsidSect="00623BA6">
          <w:footerReference w:type="default" r:id="rId11"/>
          <w:pgSz w:w="12240" w:h="15840"/>
          <w:pgMar w:top="1984" w:right="1417" w:bottom="1417" w:left="1984" w:header="720" w:footer="720" w:gutter="0"/>
          <w:pgNumType w:fmt="lowerRoman" w:start="5"/>
          <w:cols w:space="720"/>
          <w:docGrid w:linePitch="360"/>
        </w:sectPr>
      </w:pPr>
      <w:r>
        <w:t xml:space="preserve">                </w:t>
      </w:r>
      <w:r w:rsidR="000337F5">
        <w:t xml:space="preserve">                             </w:t>
      </w:r>
    </w:p>
    <w:p w:rsidR="000337F5" w:rsidRDefault="000337F5" w:rsidP="000337F5">
      <w:pPr>
        <w:ind w:firstLine="0"/>
        <w:rPr>
          <w:rFonts w:eastAsiaTheme="majorEastAsia" w:cstheme="majorBidi"/>
          <w:b/>
          <w:bCs/>
          <w:color w:val="000000"/>
          <w:szCs w:val="28"/>
        </w:rPr>
      </w:pPr>
    </w:p>
    <w:p w:rsidR="000337F5" w:rsidRDefault="000337F5" w:rsidP="000337F5">
      <w:pPr>
        <w:ind w:firstLine="0"/>
      </w:pPr>
    </w:p>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Default="000337F5" w:rsidP="000337F5"/>
    <w:p w:rsidR="000337F5" w:rsidRPr="000337F5" w:rsidRDefault="000337F5" w:rsidP="000337F5">
      <w:pPr>
        <w:sectPr w:rsidR="000337F5" w:rsidRPr="000337F5" w:rsidSect="00AC070E">
          <w:type w:val="continuous"/>
          <w:pgSz w:w="12240" w:h="15840"/>
          <w:pgMar w:top="1984" w:right="1417" w:bottom="1417" w:left="1984" w:header="720" w:footer="720" w:gutter="0"/>
          <w:pgNumType w:start="1"/>
          <w:cols w:space="720"/>
          <w:docGrid w:linePitch="360"/>
        </w:sectPr>
      </w:pPr>
    </w:p>
    <w:p w:rsidR="00623BA6" w:rsidRDefault="00623BA6" w:rsidP="000337F5">
      <w:pPr>
        <w:pStyle w:val="NormalWeb"/>
        <w:spacing w:after="240" w:afterAutospacing="0" w:line="480" w:lineRule="auto"/>
        <w:jc w:val="center"/>
        <w:rPr>
          <w:rStyle w:val="Gl"/>
        </w:rPr>
        <w:sectPr w:rsidR="00623BA6" w:rsidSect="00AC070E">
          <w:type w:val="continuous"/>
          <w:pgSz w:w="12240" w:h="15840"/>
          <w:pgMar w:top="1984" w:right="1417" w:bottom="1417" w:left="1984" w:header="720" w:footer="720" w:gutter="0"/>
          <w:pgNumType w:start="1"/>
          <w:cols w:space="720"/>
          <w:docGrid w:linePitch="360"/>
        </w:sectPr>
      </w:pPr>
    </w:p>
    <w:p w:rsidR="00623BA6" w:rsidRDefault="00623BA6" w:rsidP="000337F5">
      <w:pPr>
        <w:pStyle w:val="NormalWeb"/>
        <w:spacing w:after="240" w:afterAutospacing="0" w:line="480" w:lineRule="auto"/>
        <w:jc w:val="center"/>
        <w:rPr>
          <w:rStyle w:val="Gl"/>
        </w:rPr>
        <w:sectPr w:rsidR="00623BA6" w:rsidSect="00AC070E">
          <w:type w:val="continuous"/>
          <w:pgSz w:w="12240" w:h="15840"/>
          <w:pgMar w:top="1984" w:right="1417" w:bottom="1417" w:left="1984" w:header="720" w:footer="720" w:gutter="0"/>
          <w:pgNumType w:start="1"/>
          <w:cols w:space="720"/>
          <w:docGrid w:linePitch="360"/>
        </w:sectPr>
      </w:pPr>
    </w:p>
    <w:p w:rsidR="009B4324" w:rsidRPr="00C31C05" w:rsidRDefault="009B4324" w:rsidP="00C31C05">
      <w:pPr>
        <w:pStyle w:val="Stil1"/>
      </w:pPr>
      <w:bookmarkStart w:id="10" w:name="_Toc237274314"/>
      <w:r w:rsidRPr="00C31C05">
        <w:rPr>
          <w:rStyle w:val="Gl"/>
          <w:b/>
          <w:bCs w:val="0"/>
        </w:rPr>
        <w:lastRenderedPageBreak/>
        <w:t>INTRODUCTION</w:t>
      </w:r>
      <w:bookmarkEnd w:id="10"/>
    </w:p>
    <w:p w:rsidR="009B4324" w:rsidRDefault="009B4324" w:rsidP="004340CE">
      <w:pPr>
        <w:pStyle w:val="NormalWeb"/>
        <w:spacing w:line="360" w:lineRule="auto"/>
        <w:ind w:firstLine="709"/>
        <w:jc w:val="both"/>
      </w:pPr>
      <w:r>
        <w:t xml:space="preserve">Beginning with the </w:t>
      </w:r>
      <w:r w:rsidRPr="00BB4524">
        <w:rPr>
          <w:rStyle w:val="Gl"/>
          <w:b w:val="0"/>
        </w:rPr>
        <w:t>INTRODUCTION</w:t>
      </w:r>
      <w:r>
        <w:t xml:space="preserve"> section, page numbers (centered at the bottom of the page) are automatically converted to Arabic numerals (1, 2, 3, ...). This template fully complies with the regulations of the Graduate School.</w:t>
      </w:r>
    </w:p>
    <w:p w:rsidR="009B4324" w:rsidRDefault="009B4324" w:rsidP="004340CE">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w:t>
      </w:r>
      <w:r>
        <w:t xml:space="preserve">5 cm </w:t>
      </w:r>
      <w:r w:rsidR="00072DC5">
        <w:t>on the left and top, and 2,</w:t>
      </w:r>
      <w:r>
        <w:t>5 cm on the right and bottom. The text should be formatted in 12-po</w:t>
      </w:r>
      <w:r w:rsidR="00072DC5">
        <w:t>int Times New Roman font with 1,</w:t>
      </w:r>
      <w:r>
        <w:t>5 line spacing.</w:t>
      </w:r>
    </w:p>
    <w:p w:rsidR="008E65B1" w:rsidRPr="00B50BB5" w:rsidRDefault="00520F48">
      <w:r w:rsidRPr="00B50BB5">
        <w:br w:type="page"/>
      </w:r>
    </w:p>
    <w:p w:rsidR="009B4324" w:rsidRPr="00C31C05" w:rsidRDefault="009B4324" w:rsidP="00C31C05">
      <w:pPr>
        <w:pStyle w:val="Stil1"/>
      </w:pPr>
      <w:bookmarkStart w:id="11" w:name="_Toc237274315"/>
      <w:r w:rsidRPr="00C31C05">
        <w:rPr>
          <w:rStyle w:val="Gl"/>
          <w:b/>
          <w:bCs w:val="0"/>
        </w:rPr>
        <w:lastRenderedPageBreak/>
        <w:t>1. CHAPTER</w:t>
      </w:r>
      <w:r w:rsidR="00C31C05" w:rsidRPr="00C31C05">
        <w:rPr>
          <w:rStyle w:val="Gl"/>
          <w:b/>
          <w:bCs w:val="0"/>
        </w:rPr>
        <w:t xml:space="preserve"> TITLE (</w:t>
      </w:r>
      <w:r w:rsidRPr="00C31C05">
        <w:rPr>
          <w:rStyle w:val="Gl"/>
          <w:b/>
          <w:bCs w:val="0"/>
        </w:rPr>
        <w:t>FIRST-LEVEL HEADING)</w:t>
      </w:r>
      <w:bookmarkEnd w:id="11"/>
    </w:p>
    <w:p w:rsidR="008E65B1" w:rsidRPr="00B50BB5" w:rsidRDefault="009B4324" w:rsidP="009D1BBF">
      <w:pPr>
        <w:pStyle w:val="NormalWeb"/>
        <w:spacing w:line="360" w:lineRule="auto"/>
        <w:ind w:firstLine="709"/>
        <w:jc w:val="both"/>
      </w:pPr>
      <w:r>
        <w:t xml:space="preserve">The first line of each paragraph in the main text </w:t>
      </w:r>
      <w:r w:rsidRPr="000337F5">
        <w:rPr>
          <w:rStyle w:val="Gl"/>
          <w:b w:val="0"/>
        </w:rPr>
        <w:t>must</w:t>
      </w:r>
      <w:r w:rsidR="00825667">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rPr>
          <w:rStyle w:val="Gl"/>
          <w:b w:val="0"/>
        </w:rPr>
        <w:t>”</w:t>
      </w:r>
      <w:r w:rsidRPr="00BB4524">
        <w:rPr>
          <w:b/>
        </w:rPr>
        <w:t xml:space="preserve"> </w:t>
      </w:r>
      <w:r>
        <w:t>writing style provided in this template has been configured according to these formatting requirements.</w:t>
      </w:r>
    </w:p>
    <w:p w:rsidR="009B4324" w:rsidRPr="00C31C05" w:rsidRDefault="009B4324" w:rsidP="00C31C05">
      <w:pPr>
        <w:pStyle w:val="Stil2"/>
      </w:pPr>
      <w:bookmarkStart w:id="12" w:name="_Toc237274316"/>
      <w:r w:rsidRPr="00C31C05">
        <w:rPr>
          <w:rStyle w:val="Gl"/>
          <w:b/>
          <w:bCs w:val="0"/>
        </w:rPr>
        <w:t>1.1 Second-Level Headings</w:t>
      </w:r>
      <w:bookmarkEnd w:id="12"/>
    </w:p>
    <w:p w:rsidR="005D1358" w:rsidRPr="005D1358" w:rsidRDefault="009B4324" w:rsidP="005D1358">
      <w:pPr>
        <w:pStyle w:val="NormalWeb"/>
        <w:spacing w:after="240" w:afterAutospacing="0" w:line="360" w:lineRule="auto"/>
        <w:ind w:firstLine="709"/>
        <w:jc w:val="both"/>
      </w:pPr>
      <w:r>
        <w:t xml:space="preserve">Second-level headings should be aligned with the left margin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institutional abbreviations. </w:t>
      </w:r>
      <w:r w:rsidR="00072DC5">
        <w:t>Page margins should be 3,5 cm on the left and top, and 2,</w:t>
      </w:r>
      <w:r>
        <w:t>5 cm on the right and bottom. The text should be formatted in 12-po</w:t>
      </w:r>
      <w:r w:rsidR="00072DC5">
        <w:t>int Times New Roman font with 1,</w:t>
      </w:r>
      <w:r>
        <w:t>5 line spacing.</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031CDC" w:rsidP="00F77392">
            <w:pPr>
              <w:jc w:val="center"/>
              <w:rPr>
                <w:b/>
                <w:bCs/>
                <w:color w:val="000000"/>
                <w:lang w:eastAsia="tr-TR"/>
              </w:rPr>
            </w:pPr>
            <w:r>
              <w:rPr>
                <w:b/>
              </w:rPr>
              <w:t>Table 1.1</w:t>
            </w:r>
            <w:r w:rsidR="009B4324">
              <w:t xml:space="preserve"> Distribution of Participants by Gender</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667A3D">
            <w:pPr>
              <w:ind w:left="-693"/>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031CDC">
            <w:pPr>
              <w:ind w:hanging="75"/>
              <w:jc w:val="center"/>
              <w:rPr>
                <w:color w:val="000000"/>
                <w:sz w:val="18"/>
                <w:szCs w:val="18"/>
                <w:lang w:eastAsia="tr-TR"/>
              </w:rPr>
            </w:pPr>
            <w:r>
              <w:rPr>
                <w:color w:val="000000"/>
                <w:sz w:val="18"/>
                <w:szCs w:val="18"/>
                <w:lang w:eastAsia="tr-TR"/>
              </w:rPr>
              <w:t>Female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031CDC">
            <w:pPr>
              <w:ind w:firstLine="0"/>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031CDC">
            <w:pPr>
              <w:ind w:hanging="75"/>
              <w:jc w:val="center"/>
              <w:rPr>
                <w:color w:val="000000"/>
                <w:sz w:val="18"/>
                <w:szCs w:val="18"/>
                <w:lang w:eastAsia="tr-TR"/>
              </w:rPr>
            </w:pPr>
            <w:r>
              <w:rPr>
                <w:color w:val="000000"/>
                <w:sz w:val="18"/>
                <w:szCs w:val="18"/>
                <w:lang w:eastAsia="tr-TR"/>
              </w:rPr>
              <w:t>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031CDC">
            <w:pPr>
              <w:ind w:firstLine="0"/>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031CDC">
            <w:pPr>
              <w:ind w:hanging="75"/>
              <w:jc w:val="center"/>
              <w:rPr>
                <w:rFonts w:ascii="Calibri" w:hAnsi="Calibri" w:cs="Calibri"/>
                <w:color w:val="000000"/>
                <w:sz w:val="18"/>
                <w:szCs w:val="18"/>
                <w:lang w:eastAsia="tr-TR"/>
              </w:rPr>
            </w:pPr>
            <w:r>
              <w:rPr>
                <w:rFonts w:ascii="Calibri" w:hAnsi="Calibri" w:cs="Calibri"/>
                <w:color w:val="000000"/>
                <w:sz w:val="18"/>
                <w:szCs w:val="18"/>
                <w:lang w:eastAsia="tr-TR"/>
              </w:rPr>
              <w:t>Total</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031CDC">
            <w:pPr>
              <w:ind w:firstLine="0"/>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924E53" w:rsidRPr="00C37C80" w:rsidRDefault="009B4324" w:rsidP="009D1BBF">
            <w:pPr>
              <w:spacing w:line="240" w:lineRule="auto"/>
              <w:ind w:firstLine="0"/>
              <w:jc w:val="left"/>
              <w:rPr>
                <w:rFonts w:cs="Times New Roman"/>
                <w:color w:val="000000"/>
                <w:sz w:val="20"/>
                <w:szCs w:val="20"/>
                <w:lang w:eastAsia="tr-TR"/>
              </w:rPr>
            </w:pPr>
            <w:r w:rsidRPr="00C37C80">
              <w:rPr>
                <w:rFonts w:cs="Times New Roman"/>
                <w:sz w:val="20"/>
                <w:szCs w:val="20"/>
              </w:rPr>
              <w:t>Source: Turkish Statistical Institute</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7E33B0" w:rsidRPr="00C31C05" w:rsidRDefault="007E33B0" w:rsidP="00C31C05">
      <w:pPr>
        <w:pStyle w:val="Stil3"/>
      </w:pPr>
      <w:bookmarkStart w:id="13" w:name="_Toc237274317"/>
      <w:r w:rsidRPr="00C31C05">
        <w:rPr>
          <w:rStyle w:val="Gl"/>
          <w:b/>
          <w:bCs w:val="0"/>
        </w:rPr>
        <w:t>1.1.1 Third-Level Headings</w:t>
      </w:r>
      <w:bookmarkEnd w:id="13"/>
    </w:p>
    <w:p w:rsidR="007E33B0" w:rsidRDefault="007E33B0" w:rsidP="004340CE">
      <w:pPr>
        <w:pStyle w:val="NormalWeb"/>
        <w:spacing w:line="360" w:lineRule="auto"/>
        <w:ind w:firstLine="709"/>
        <w:jc w:val="both"/>
      </w:pPr>
      <w:r>
        <w:t xml:space="preserve">Third-level headings should be aligned with the left margin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C31C05" w:rsidRDefault="00667A3D" w:rsidP="00C31C05">
      <w:pPr>
        <w:pStyle w:val="Stil4"/>
      </w:pPr>
      <w:r w:rsidRPr="00C31C05">
        <w:rPr>
          <w:rStyle w:val="Gl"/>
          <w:b/>
          <w:bCs w:val="0"/>
        </w:rPr>
        <w:t xml:space="preserve">            </w:t>
      </w:r>
      <w:bookmarkStart w:id="14" w:name="_Toc237274318"/>
      <w:r w:rsidR="007E33B0" w:rsidRPr="00C31C05">
        <w:rPr>
          <w:rStyle w:val="Gl"/>
          <w:b/>
          <w:bCs w:val="0"/>
        </w:rPr>
        <w:t>1.1.1.1 Fourth-Level Headings</w:t>
      </w:r>
      <w:bookmarkEnd w:id="14"/>
    </w:p>
    <w:p w:rsidR="007E33B0" w:rsidRDefault="007E33B0" w:rsidP="004340CE">
      <w:pPr>
        <w:pStyle w:val="NormalWeb"/>
        <w:spacing w:line="360" w:lineRule="auto"/>
        <w:ind w:firstLine="709"/>
        <w:jc w:val="both"/>
      </w:pPr>
      <w:r>
        <w:t xml:space="preserve">Fourth-level headings should be indented by one tab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w:t>
      </w:r>
      <w:r w:rsidR="00072DC5">
        <w:t>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5"/>
      </w:pPr>
      <w:r w:rsidRPr="00E57521">
        <w:rPr>
          <w:rStyle w:val="Gl"/>
          <w:b/>
          <w:bCs w:val="0"/>
        </w:rPr>
        <w:t xml:space="preserve">            </w:t>
      </w:r>
      <w:bookmarkStart w:id="15" w:name="_Toc237274319"/>
      <w:r w:rsidR="007E33B0" w:rsidRPr="00E57521">
        <w:rPr>
          <w:rStyle w:val="Gl"/>
          <w:b/>
          <w:bCs w:val="0"/>
        </w:rPr>
        <w:t>1.1.1.1.1 Fifth-Level Headings</w:t>
      </w:r>
      <w:bookmarkEnd w:id="15"/>
    </w:p>
    <w:p w:rsidR="007E33B0" w:rsidRDefault="007E33B0" w:rsidP="004340CE">
      <w:pPr>
        <w:pStyle w:val="NormalWeb"/>
        <w:spacing w:line="360" w:lineRule="auto"/>
        <w:ind w:firstLine="709"/>
        <w:jc w:val="both"/>
      </w:pPr>
      <w:r>
        <w:t xml:space="preserve">Fifth-level headings should be indented by one tab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8E65B1" w:rsidRPr="00B50BB5" w:rsidRDefault="00520F48" w:rsidP="007E33B0">
      <w:pPr>
        <w:ind w:firstLine="0"/>
      </w:pPr>
      <w:r w:rsidRPr="00B50BB5">
        <w:br w:type="page"/>
      </w:r>
    </w:p>
    <w:p w:rsidR="007E33B0" w:rsidRPr="00E57521" w:rsidRDefault="00E57521" w:rsidP="00E57521">
      <w:pPr>
        <w:pStyle w:val="Stil1"/>
      </w:pPr>
      <w:bookmarkStart w:id="16" w:name="_Toc237274320"/>
      <w:r w:rsidRPr="00E57521">
        <w:rPr>
          <w:rStyle w:val="Gl"/>
          <w:b/>
          <w:bCs w:val="0"/>
        </w:rPr>
        <w:lastRenderedPageBreak/>
        <w:t>2. CHAPTER TITLE (</w:t>
      </w:r>
      <w:r w:rsidR="007E33B0" w:rsidRPr="00E57521">
        <w:rPr>
          <w:rStyle w:val="Gl"/>
          <w:b/>
          <w:bCs w:val="0"/>
        </w:rPr>
        <w:t>FIRST-LEVEL HEADING)</w:t>
      </w:r>
      <w:bookmarkEnd w:id="16"/>
    </w:p>
    <w:p w:rsidR="007E33B0" w:rsidRDefault="007E33B0" w:rsidP="004340CE">
      <w:pPr>
        <w:pStyle w:val="isselectedend"/>
        <w:spacing w:line="360" w:lineRule="auto"/>
        <w:ind w:firstLine="709"/>
        <w:jc w:val="both"/>
      </w:pPr>
      <w:r>
        <w:t xml:space="preserve">The first line of each paragraph in the main text </w:t>
      </w:r>
      <w:r w:rsidRPr="00C37C80">
        <w:rPr>
          <w:rStyle w:val="Gl"/>
          <w:b w:val="0"/>
        </w:rPr>
        <w:t>must</w:t>
      </w:r>
      <w:r w:rsidR="00825667" w:rsidRPr="00C37C80">
        <w:rPr>
          <w:b/>
        </w:rPr>
        <w:t xml:space="preserve"> </w:t>
      </w:r>
      <w:r w:rsidR="00825667">
        <w:t>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t>”</w:t>
      </w:r>
      <w:r>
        <w:t xml:space="preserve"> writing style provided in this template has been configured according to these formatting requirements.</w:t>
      </w:r>
    </w:p>
    <w:p w:rsidR="007E33B0" w:rsidRPr="00E57521" w:rsidRDefault="007E33B0" w:rsidP="00E57521">
      <w:pPr>
        <w:pStyle w:val="Stil2"/>
      </w:pPr>
      <w:bookmarkStart w:id="17" w:name="_Toc237274321"/>
      <w:r w:rsidRPr="00E57521">
        <w:rPr>
          <w:rStyle w:val="Gl"/>
          <w:b/>
          <w:bCs w:val="0"/>
        </w:rPr>
        <w:t>2.1 Second-Level Headings</w:t>
      </w:r>
      <w:bookmarkEnd w:id="17"/>
    </w:p>
    <w:p w:rsidR="00924E53" w:rsidRPr="00920394" w:rsidRDefault="007E33B0" w:rsidP="00920394">
      <w:pPr>
        <w:pStyle w:val="NormalWeb"/>
        <w:spacing w:after="240" w:afterAutospacing="0" w:line="360" w:lineRule="auto"/>
        <w:ind w:firstLine="709"/>
        <w:jc w:val="both"/>
        <w:rPr>
          <w:rStyle w:val="Gl"/>
          <w:b w:val="0"/>
          <w:bCs w:val="0"/>
        </w:rPr>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Default="00031CDC" w:rsidP="00924E53">
      <w:pPr>
        <w:ind w:left="360"/>
      </w:pPr>
      <w:r>
        <w:rPr>
          <w:b/>
        </w:rPr>
        <w:t>Figure 2.1</w:t>
      </w:r>
      <w:r w:rsidR="007E33B0">
        <w:t xml:space="preserve"> Stages of the General Adaptation Syndrome</w:t>
      </w:r>
    </w:p>
    <w:p w:rsidR="00924E53" w:rsidRDefault="00924E53" w:rsidP="00924E53">
      <w:pPr>
        <w:ind w:left="360"/>
        <w:rPr>
          <w:sz w:val="22"/>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7E33B0" w:rsidRPr="00E74ED6" w:rsidRDefault="007E33B0" w:rsidP="00924E53">
      <w:pPr>
        <w:ind w:left="360"/>
        <w:rPr>
          <w:rStyle w:val="Gl"/>
          <w:color w:val="FF000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BB0DCA">
      <w:pPr>
        <w:spacing w:line="240" w:lineRule="auto"/>
        <w:ind w:firstLine="0"/>
        <w:rPr>
          <w:rStyle w:val="Gl"/>
          <w:b w:val="0"/>
        </w:rPr>
      </w:pPr>
    </w:p>
    <w:p w:rsidR="00BB0DCA" w:rsidRPr="007E33B0" w:rsidRDefault="00BB0DCA" w:rsidP="00BB0DCA">
      <w:pPr>
        <w:spacing w:line="240" w:lineRule="auto"/>
        <w:ind w:firstLine="0"/>
        <w:rPr>
          <w:rStyle w:val="Gl"/>
          <w:rFonts w:asciiTheme="majorHAnsi" w:hAnsiTheme="majorHAnsi" w:cstheme="majorHAnsi"/>
          <w:b w:val="0"/>
          <w:sz w:val="20"/>
          <w:szCs w:val="20"/>
        </w:rPr>
      </w:pPr>
    </w:p>
    <w:p w:rsidR="00924E53" w:rsidRPr="00920394" w:rsidRDefault="007E33B0" w:rsidP="00BB0DCA">
      <w:pPr>
        <w:spacing w:line="240" w:lineRule="auto"/>
        <w:ind w:firstLine="0"/>
        <w:rPr>
          <w:rFonts w:cs="Times New Roman"/>
          <w:color w:val="FF0000"/>
          <w:sz w:val="20"/>
          <w:szCs w:val="20"/>
        </w:rPr>
      </w:pPr>
      <w:r w:rsidRPr="00920394">
        <w:rPr>
          <w:rFonts w:cs="Times New Roman"/>
          <w:sz w:val="20"/>
          <w:szCs w:val="20"/>
        </w:rPr>
        <w:t xml:space="preserve">                                     </w:t>
      </w:r>
      <w:r w:rsidR="00BB0DCA">
        <w:rPr>
          <w:rFonts w:cs="Times New Roman"/>
          <w:sz w:val="20"/>
          <w:szCs w:val="20"/>
        </w:rPr>
        <w:t xml:space="preserve">                             </w:t>
      </w:r>
      <w:r w:rsidRPr="00920394">
        <w:rPr>
          <w:rFonts w:cs="Times New Roman"/>
          <w:sz w:val="20"/>
          <w:szCs w:val="20"/>
        </w:rPr>
        <w:t xml:space="preserve"> Source: (Selye, 1976, p. 53)</w:t>
      </w:r>
    </w:p>
    <w:p w:rsidR="007E33B0" w:rsidRPr="00E57521" w:rsidRDefault="007E33B0" w:rsidP="00E57521">
      <w:pPr>
        <w:pStyle w:val="Stil3"/>
      </w:pPr>
      <w:bookmarkStart w:id="18" w:name="_Toc237274322"/>
      <w:r w:rsidRPr="00E57521">
        <w:rPr>
          <w:rStyle w:val="Gl"/>
          <w:b/>
          <w:bCs w:val="0"/>
        </w:rPr>
        <w:t>2.1.1 Third-Level Headings</w:t>
      </w:r>
      <w:bookmarkEnd w:id="18"/>
    </w:p>
    <w:p w:rsidR="007E33B0" w:rsidRDefault="007E33B0" w:rsidP="004340CE">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4"/>
      </w:pPr>
      <w:r w:rsidRPr="00E57521">
        <w:rPr>
          <w:rStyle w:val="Gl"/>
          <w:b/>
          <w:bCs w:val="0"/>
        </w:rPr>
        <w:t xml:space="preserve">            </w:t>
      </w:r>
      <w:bookmarkStart w:id="19" w:name="_Toc237274323"/>
      <w:r w:rsidR="007E33B0" w:rsidRPr="00E57521">
        <w:rPr>
          <w:rStyle w:val="Gl"/>
          <w:b/>
          <w:bCs w:val="0"/>
        </w:rPr>
        <w:t>2.1.1.1 Fourth-Level Headings</w:t>
      </w:r>
      <w:bookmarkEnd w:id="19"/>
    </w:p>
    <w:p w:rsidR="007E33B0" w:rsidRDefault="007E33B0" w:rsidP="004340CE">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5"/>
      </w:pPr>
      <w:r w:rsidRPr="00E57521">
        <w:rPr>
          <w:rStyle w:val="Gl"/>
          <w:b/>
          <w:bCs w:val="0"/>
        </w:rPr>
        <w:t xml:space="preserve">            </w:t>
      </w:r>
      <w:bookmarkStart w:id="20" w:name="_Toc237274324"/>
      <w:r w:rsidR="007E33B0" w:rsidRPr="00E57521">
        <w:rPr>
          <w:rStyle w:val="Gl"/>
          <w:b/>
          <w:bCs w:val="0"/>
        </w:rPr>
        <w:t>2.1.1.1.1 Fifth-Level Headings</w:t>
      </w:r>
      <w:bookmarkEnd w:id="20"/>
    </w:p>
    <w:p w:rsidR="007E33B0" w:rsidRDefault="007E33B0" w:rsidP="004340CE">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E449A2" w:rsidP="00E57521">
      <w:pPr>
        <w:pStyle w:val="Stil1"/>
      </w:pPr>
      <w:r>
        <w:br w:type="page"/>
      </w:r>
      <w:bookmarkStart w:id="21" w:name="_Toc237274325"/>
      <w:r w:rsidR="00E57521" w:rsidRPr="00E57521">
        <w:rPr>
          <w:rStyle w:val="Gl"/>
          <w:b/>
          <w:bCs w:val="0"/>
        </w:rPr>
        <w:lastRenderedPageBreak/>
        <w:t>3. CHAPTER TITLE (</w:t>
      </w:r>
      <w:r w:rsidR="007E33B0" w:rsidRPr="00E57521">
        <w:rPr>
          <w:rStyle w:val="Gl"/>
          <w:b/>
          <w:bCs w:val="0"/>
        </w:rPr>
        <w:t>FIRST-LEVEL HEADING)</w:t>
      </w:r>
      <w:bookmarkEnd w:id="21"/>
    </w:p>
    <w:p w:rsidR="007E33B0" w:rsidRDefault="007E33B0" w:rsidP="004340CE">
      <w:pPr>
        <w:pStyle w:val="NormalWeb"/>
        <w:spacing w:line="360" w:lineRule="auto"/>
        <w:ind w:firstLine="709"/>
        <w:jc w:val="both"/>
      </w:pPr>
      <w:r>
        <w:t xml:space="preserve">The first line of each paragraph in the main text </w:t>
      </w:r>
      <w:r w:rsidRPr="001A3B4B">
        <w:rPr>
          <w:rStyle w:val="Gl"/>
          <w:b w:val="0"/>
        </w:rPr>
        <w:t>must</w:t>
      </w:r>
      <w:r w:rsidR="00825667">
        <w:t xml:space="preserve"> be indented 1,</w:t>
      </w:r>
      <w:r>
        <w:t>25 cm (one tab), as shown in this paragraph. No additional blank lines should be inserted between paragraphs by pressing the Enter key. The</w:t>
      </w:r>
      <w:r w:rsidRPr="001A3B4B">
        <w:t xml:space="preserve"> </w:t>
      </w:r>
      <w:r w:rsidRPr="001A3B4B">
        <w:rPr>
          <w:rStyle w:val="Gl"/>
          <w:b w:val="0"/>
        </w:rPr>
        <w:t>Normal</w:t>
      </w:r>
      <w:r>
        <w:t xml:space="preserve"> writing style provided in this template has been configured according to these formatting requirements.</w:t>
      </w:r>
    </w:p>
    <w:p w:rsidR="007E33B0" w:rsidRPr="00E57521" w:rsidRDefault="007E33B0" w:rsidP="00E57521">
      <w:pPr>
        <w:pStyle w:val="Stil2"/>
      </w:pPr>
      <w:bookmarkStart w:id="22" w:name="_Toc237274326"/>
      <w:r w:rsidRPr="00E57521">
        <w:rPr>
          <w:rStyle w:val="Gl"/>
          <w:b/>
          <w:bCs w:val="0"/>
        </w:rPr>
        <w:t>3.1 Second-Level Headings</w:t>
      </w:r>
      <w:bookmarkEnd w:id="22"/>
    </w:p>
    <w:p w:rsidR="007E33B0" w:rsidRDefault="007E33B0" w:rsidP="004340CE">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7E33B0" w:rsidP="00E57521">
      <w:pPr>
        <w:pStyle w:val="Stil3"/>
      </w:pPr>
      <w:bookmarkStart w:id="23" w:name="_Toc237274327"/>
      <w:r w:rsidRPr="00E57521">
        <w:rPr>
          <w:rStyle w:val="Gl"/>
          <w:b/>
          <w:bCs w:val="0"/>
        </w:rPr>
        <w:t>3.1.1 Third-Level Headings</w:t>
      </w:r>
      <w:bookmarkEnd w:id="23"/>
    </w:p>
    <w:p w:rsidR="007E33B0" w:rsidRDefault="007E33B0" w:rsidP="004340CE">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4"/>
      </w:pPr>
      <w:r w:rsidRPr="00E57521">
        <w:rPr>
          <w:rStyle w:val="Gl"/>
          <w:b/>
          <w:bCs w:val="0"/>
        </w:rPr>
        <w:t xml:space="preserve">            </w:t>
      </w:r>
      <w:bookmarkStart w:id="24" w:name="_Toc237274328"/>
      <w:r w:rsidR="007E33B0" w:rsidRPr="00E57521">
        <w:rPr>
          <w:rStyle w:val="Gl"/>
          <w:b/>
          <w:bCs w:val="0"/>
        </w:rPr>
        <w:t>3.1.1.1 Fourth-Level Headings</w:t>
      </w:r>
      <w:bookmarkEnd w:id="24"/>
    </w:p>
    <w:p w:rsidR="007E33B0" w:rsidRDefault="007E33B0" w:rsidP="004340CE">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w:t>
      </w:r>
      <w:r>
        <w:lastRenderedPageBreak/>
        <w:t>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7E33B0" w:rsidRPr="00E57521" w:rsidRDefault="00667A3D" w:rsidP="00E57521">
      <w:pPr>
        <w:pStyle w:val="Stil5"/>
      </w:pPr>
      <w:r w:rsidRPr="00E57521">
        <w:rPr>
          <w:rStyle w:val="Gl"/>
          <w:b/>
          <w:bCs w:val="0"/>
        </w:rPr>
        <w:t xml:space="preserve">            </w:t>
      </w:r>
      <w:bookmarkStart w:id="25" w:name="_Toc237274329"/>
      <w:r w:rsidR="007E33B0" w:rsidRPr="00E57521">
        <w:rPr>
          <w:rStyle w:val="Gl"/>
          <w:b/>
          <w:bCs w:val="0"/>
        </w:rPr>
        <w:t>3.1.1.1.1 Fifth-Level Headings</w:t>
      </w:r>
      <w:bookmarkEnd w:id="25"/>
    </w:p>
    <w:p w:rsidR="00E449A2" w:rsidRDefault="007E33B0" w:rsidP="00FA7AA6">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E449A2" w:rsidRDefault="00E449A2" w:rsidP="00E449A2">
      <w:pPr>
        <w:ind w:firstLine="0"/>
      </w:pPr>
    </w:p>
    <w:p w:rsidR="00E449A2" w:rsidRDefault="00E449A2" w:rsidP="00E449A2">
      <w:pPr>
        <w:ind w:firstLine="0"/>
      </w:pPr>
    </w:p>
    <w:p w:rsidR="007E33B0" w:rsidRDefault="007E33B0" w:rsidP="00990C14">
      <w:pPr>
        <w:ind w:firstLine="0"/>
      </w:pPr>
    </w:p>
    <w:p w:rsidR="00E57521" w:rsidRDefault="00E57521" w:rsidP="00990C14">
      <w:pPr>
        <w:ind w:firstLine="0"/>
      </w:pPr>
    </w:p>
    <w:p w:rsidR="00FA7AA6" w:rsidRDefault="00FA7AA6" w:rsidP="00E57521">
      <w:pPr>
        <w:pStyle w:val="Stil1"/>
        <w:rPr>
          <w:rStyle w:val="Gl"/>
          <w:b/>
          <w:bCs w:val="0"/>
        </w:rPr>
      </w:pPr>
      <w:bookmarkStart w:id="26" w:name="_Toc237274330"/>
    </w:p>
    <w:p w:rsidR="00FA7AA6" w:rsidRDefault="00FA7AA6" w:rsidP="00E57521">
      <w:pPr>
        <w:pStyle w:val="Stil1"/>
        <w:rPr>
          <w:rStyle w:val="Gl"/>
          <w:b/>
          <w:bCs w:val="0"/>
        </w:rPr>
      </w:pPr>
    </w:p>
    <w:p w:rsidR="00FA7AA6" w:rsidRDefault="00FA7AA6" w:rsidP="00E57521">
      <w:pPr>
        <w:pStyle w:val="Stil1"/>
        <w:rPr>
          <w:rStyle w:val="Gl"/>
          <w:b/>
          <w:bCs w:val="0"/>
        </w:rPr>
      </w:pPr>
    </w:p>
    <w:p w:rsidR="00FA7AA6" w:rsidRDefault="00FA7AA6" w:rsidP="00E57521">
      <w:pPr>
        <w:pStyle w:val="Stil1"/>
        <w:rPr>
          <w:rStyle w:val="Gl"/>
          <w:b/>
          <w:bCs w:val="0"/>
        </w:rPr>
      </w:pPr>
    </w:p>
    <w:p w:rsidR="00FA7AA6" w:rsidRDefault="00FA7AA6" w:rsidP="00E57521">
      <w:pPr>
        <w:pStyle w:val="Stil1"/>
        <w:rPr>
          <w:rStyle w:val="Gl"/>
          <w:b/>
          <w:bCs w:val="0"/>
        </w:rPr>
      </w:pPr>
    </w:p>
    <w:p w:rsidR="00FA7AA6" w:rsidRDefault="00FA7AA6" w:rsidP="00E57521">
      <w:pPr>
        <w:pStyle w:val="Stil1"/>
        <w:rPr>
          <w:rStyle w:val="Gl"/>
          <w:b/>
          <w:bCs w:val="0"/>
        </w:rPr>
      </w:pPr>
    </w:p>
    <w:p w:rsidR="007E33B0" w:rsidRPr="00E57521" w:rsidRDefault="007E33B0" w:rsidP="003D3319">
      <w:pPr>
        <w:pStyle w:val="Stil1"/>
      </w:pPr>
      <w:r w:rsidRPr="00E57521">
        <w:rPr>
          <w:rStyle w:val="Gl"/>
          <w:b/>
          <w:bCs w:val="0"/>
        </w:rPr>
        <w:lastRenderedPageBreak/>
        <w:t>CONCLUSION</w:t>
      </w:r>
      <w:bookmarkEnd w:id="26"/>
    </w:p>
    <w:p w:rsidR="007E33B0" w:rsidRDefault="007E33B0" w:rsidP="003D3319">
      <w:pPr>
        <w:pStyle w:val="NormalWeb"/>
        <w:spacing w:line="360" w:lineRule="auto"/>
        <w:ind w:firstLine="709"/>
        <w:jc w:val="both"/>
      </w:pPr>
      <w:r>
        <w:t xml:space="preserve">According to the </w:t>
      </w:r>
      <w:r w:rsidRPr="007E33B0">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2DC5">
        <w:t>tions. Page margins should be 3,5 cm on the left and top, and 2,</w:t>
      </w:r>
      <w:r>
        <w:t>5 cm on the right and bottom. The text should be formatted in 12-po</w:t>
      </w:r>
      <w:r w:rsidR="00072DC5">
        <w:t>int Times New Roman font with 1,</w:t>
      </w:r>
      <w:r>
        <w:t>5 line spacing.</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bookmarkStart w:id="27" w:name="_GoBack"/>
      <w:bookmarkEnd w:id="27"/>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AE158D">
      <w:pPr>
        <w:spacing w:after="200" w:line="276" w:lineRule="auto"/>
        <w:ind w:firstLine="0"/>
        <w:rPr>
          <w:b/>
        </w:rPr>
      </w:pPr>
    </w:p>
    <w:p w:rsidR="00AE158D" w:rsidRDefault="00AE158D" w:rsidP="00AE158D">
      <w:pPr>
        <w:spacing w:after="200" w:line="276" w:lineRule="auto"/>
        <w:ind w:firstLine="0"/>
        <w:rPr>
          <w:rFonts w:eastAsiaTheme="majorEastAsia" w:cstheme="majorBidi"/>
          <w:b/>
          <w:bCs/>
          <w:color w:val="000000"/>
          <w:szCs w:val="28"/>
        </w:rPr>
      </w:pPr>
    </w:p>
    <w:p w:rsidR="004703B0" w:rsidRPr="009C7A70" w:rsidRDefault="004703B0" w:rsidP="00AE158D">
      <w:pPr>
        <w:spacing w:after="200" w:line="276" w:lineRule="auto"/>
        <w:ind w:firstLine="0"/>
        <w:rPr>
          <w:rFonts w:eastAsiaTheme="majorEastAsia" w:cstheme="majorBidi"/>
          <w:b/>
          <w:bCs/>
          <w:color w:val="000000"/>
          <w:szCs w:val="28"/>
        </w:rPr>
      </w:pPr>
    </w:p>
    <w:p w:rsidR="00CB058F" w:rsidRPr="00E57521" w:rsidRDefault="00CB058F" w:rsidP="00E57521">
      <w:pPr>
        <w:pStyle w:val="Stil1"/>
      </w:pPr>
      <w:bookmarkStart w:id="28" w:name="_Toc237274331"/>
      <w:r w:rsidRPr="00E57521">
        <w:rPr>
          <w:rStyle w:val="Gl"/>
          <w:b/>
          <w:bCs w:val="0"/>
        </w:rPr>
        <w:lastRenderedPageBreak/>
        <w:t>REFERENCES</w:t>
      </w:r>
      <w:bookmarkEnd w:id="28"/>
    </w:p>
    <w:p w:rsidR="000E1FF5" w:rsidRPr="00033A29" w:rsidRDefault="00FE1530" w:rsidP="004340CE">
      <w:pPr>
        <w:ind w:firstLine="0"/>
        <w:rPr>
          <w:rStyle w:val="Gl"/>
          <w:b w:val="0"/>
        </w:rPr>
      </w:pPr>
      <w:r w:rsidRPr="00FE1530">
        <w:rPr>
          <w:b/>
        </w:rPr>
        <w:t>Engineering and Natural Sciences, Dentistry, Pharmacy, Medicine and Health Sciences fields/disciplines</w:t>
      </w:r>
      <w:r>
        <w:t xml:space="preserve"> use the current/latest edition of the </w:t>
      </w:r>
      <w:r w:rsidRPr="00FE1530">
        <w:rPr>
          <w:b/>
          <w:u w:val="single"/>
        </w:rPr>
        <w:t>Vancouver</w:t>
      </w:r>
      <w:r>
        <w:t xml:space="preserve"> citation style.</w:t>
      </w:r>
    </w:p>
    <w:p w:rsidR="000E1FF5" w:rsidRPr="00033A29" w:rsidRDefault="000E1FF5" w:rsidP="000E1FF5">
      <w:pPr>
        <w:ind w:left="360"/>
        <w:jc w:val="left"/>
        <w:rPr>
          <w:rStyle w:val="Gl"/>
          <w:b w:val="0"/>
        </w:rPr>
      </w:pPr>
    </w:p>
    <w:p w:rsidR="000C59AD" w:rsidRDefault="000C59AD" w:rsidP="000E1FF5">
      <w:pPr>
        <w:jc w:val="left"/>
        <w:rPr>
          <w:b/>
          <w:u w:val="single"/>
        </w:rPr>
      </w:pPr>
    </w:p>
    <w:p w:rsidR="00FE7B8F" w:rsidRDefault="00FE7B8F" w:rsidP="000E1FF5">
      <w:pPr>
        <w:jc w:val="left"/>
        <w:rPr>
          <w:b/>
          <w:u w:val="single"/>
        </w:rPr>
      </w:pPr>
    </w:p>
    <w:p w:rsidR="00FE7B8F" w:rsidRDefault="00FE7B8F" w:rsidP="000E1FF5">
      <w:pPr>
        <w:jc w:val="left"/>
        <w:rPr>
          <w:lang w:eastAsia="tr-TR"/>
        </w:rPr>
      </w:pPr>
    </w:p>
    <w:p w:rsidR="000C59AD" w:rsidRDefault="000C59AD" w:rsidP="000E1FF5">
      <w:pPr>
        <w:jc w:val="left"/>
        <w:rPr>
          <w:lang w:eastAsia="tr-TR"/>
        </w:rPr>
      </w:pPr>
    </w:p>
    <w:p w:rsidR="000C59AD" w:rsidRDefault="000C59A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FA7AA6" w:rsidRDefault="00FA7AA6"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CB058F" w:rsidRPr="00FA7AA6" w:rsidRDefault="00CB058F" w:rsidP="00FA7AA6">
      <w:pPr>
        <w:pStyle w:val="Stil1"/>
      </w:pPr>
      <w:bookmarkStart w:id="29" w:name="_Toc237274332"/>
      <w:r w:rsidRPr="00FA7AA6">
        <w:rPr>
          <w:rStyle w:val="Gl"/>
          <w:b/>
          <w:bCs w:val="0"/>
        </w:rPr>
        <w:lastRenderedPageBreak/>
        <w:t>APPENDICES</w:t>
      </w:r>
      <w:bookmarkEnd w:id="29"/>
    </w:p>
    <w:p w:rsidR="00CB058F" w:rsidRDefault="00CB058F" w:rsidP="004340CE">
      <w:pPr>
        <w:pStyle w:val="NormalWeb"/>
        <w:spacing w:line="360" w:lineRule="auto"/>
        <w:jc w:val="both"/>
      </w:pPr>
      <w:r>
        <w:t xml:space="preserve">Long questionnaires, forms, extensive </w:t>
      </w:r>
      <w:proofErr w:type="gramStart"/>
      <w:r>
        <w:t>data</w:t>
      </w:r>
      <w:proofErr w:type="gramEnd"/>
      <w:r>
        <w:t xml:space="preserve"> tables, or ethics committee approval documents that are required to be included for official purposes and that would interrupt the flow or readability of the main body of the thesis should be presented in this section as Appendix A, Appendix B, and so forth.</w:t>
      </w:r>
    </w:p>
    <w:sectPr w:rsidR="00CB058F" w:rsidSect="00AC070E">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F20" w:rsidRDefault="00EF4F20">
      <w:pPr>
        <w:spacing w:line="240" w:lineRule="auto"/>
      </w:pPr>
      <w:r>
        <w:separator/>
      </w:r>
    </w:p>
  </w:endnote>
  <w:endnote w:type="continuationSeparator" w:id="0">
    <w:p w:rsidR="00EF4F20" w:rsidRDefault="00EF4F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Corbel">
    <w:panose1 w:val="020B0503020204020204"/>
    <w:charset w:val="A2"/>
    <w:family w:val="swiss"/>
    <w:pitch w:val="variable"/>
    <w:sig w:usb0="A00002EF" w:usb1="4000A44B"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38C" w:rsidRDefault="00BE338C">
    <w:pPr>
      <w:pStyle w:val="AltBilgi"/>
      <w:jc w:val="center"/>
    </w:pPr>
  </w:p>
  <w:p w:rsidR="00BE338C" w:rsidRDefault="00BE338C">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574"/>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3D3319">
          <w:rPr>
            <w:noProof/>
          </w:rPr>
          <w:t>9</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F20" w:rsidRDefault="00EF4F20">
      <w:pPr>
        <w:spacing w:line="240" w:lineRule="auto"/>
      </w:pPr>
      <w:r>
        <w:separator/>
      </w:r>
    </w:p>
  </w:footnote>
  <w:footnote w:type="continuationSeparator" w:id="0">
    <w:p w:rsidR="00EF4F20" w:rsidRDefault="00EF4F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38C" w:rsidRDefault="00BE338C" w:rsidP="0071396F">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1C1E"/>
    <w:rsid w:val="00031CDC"/>
    <w:rsid w:val="000337F5"/>
    <w:rsid w:val="00034616"/>
    <w:rsid w:val="00051B59"/>
    <w:rsid w:val="0006063C"/>
    <w:rsid w:val="00072DC5"/>
    <w:rsid w:val="00086B4B"/>
    <w:rsid w:val="000C59AD"/>
    <w:rsid w:val="000E1FF5"/>
    <w:rsid w:val="00130E24"/>
    <w:rsid w:val="0015074B"/>
    <w:rsid w:val="001A3B4B"/>
    <w:rsid w:val="001D4DFA"/>
    <w:rsid w:val="001F549F"/>
    <w:rsid w:val="00202580"/>
    <w:rsid w:val="002045D8"/>
    <w:rsid w:val="00206C82"/>
    <w:rsid w:val="00210FAE"/>
    <w:rsid w:val="00216992"/>
    <w:rsid w:val="00233CA0"/>
    <w:rsid w:val="002821FE"/>
    <w:rsid w:val="00292DF7"/>
    <w:rsid w:val="0029639D"/>
    <w:rsid w:val="002D19CC"/>
    <w:rsid w:val="002E019F"/>
    <w:rsid w:val="002E2FD8"/>
    <w:rsid w:val="002E6F90"/>
    <w:rsid w:val="002F5305"/>
    <w:rsid w:val="0031634E"/>
    <w:rsid w:val="00326F90"/>
    <w:rsid w:val="003271AE"/>
    <w:rsid w:val="00330D0C"/>
    <w:rsid w:val="00335597"/>
    <w:rsid w:val="00347EDD"/>
    <w:rsid w:val="00366D8B"/>
    <w:rsid w:val="003712C9"/>
    <w:rsid w:val="00391225"/>
    <w:rsid w:val="003A1178"/>
    <w:rsid w:val="003D3319"/>
    <w:rsid w:val="003E18B6"/>
    <w:rsid w:val="003E74CF"/>
    <w:rsid w:val="003F2373"/>
    <w:rsid w:val="003F3087"/>
    <w:rsid w:val="004340CE"/>
    <w:rsid w:val="00442722"/>
    <w:rsid w:val="004703B0"/>
    <w:rsid w:val="00490CED"/>
    <w:rsid w:val="004A590E"/>
    <w:rsid w:val="004B6595"/>
    <w:rsid w:val="00513D33"/>
    <w:rsid w:val="00520F48"/>
    <w:rsid w:val="00523EDD"/>
    <w:rsid w:val="00535C61"/>
    <w:rsid w:val="00570D1B"/>
    <w:rsid w:val="00571DFF"/>
    <w:rsid w:val="0059179A"/>
    <w:rsid w:val="005A3BEF"/>
    <w:rsid w:val="005D1358"/>
    <w:rsid w:val="005F3EBA"/>
    <w:rsid w:val="00623BA6"/>
    <w:rsid w:val="006249D4"/>
    <w:rsid w:val="00625D0D"/>
    <w:rsid w:val="00656C9A"/>
    <w:rsid w:val="00667A3D"/>
    <w:rsid w:val="00682805"/>
    <w:rsid w:val="00683A75"/>
    <w:rsid w:val="006B0EB8"/>
    <w:rsid w:val="006D339E"/>
    <w:rsid w:val="007307EB"/>
    <w:rsid w:val="007777F3"/>
    <w:rsid w:val="007A7F21"/>
    <w:rsid w:val="007B3C05"/>
    <w:rsid w:val="007C7F69"/>
    <w:rsid w:val="007D1AE5"/>
    <w:rsid w:val="007E33B0"/>
    <w:rsid w:val="007E7EAE"/>
    <w:rsid w:val="008212FE"/>
    <w:rsid w:val="00822D25"/>
    <w:rsid w:val="0082538D"/>
    <w:rsid w:val="00825667"/>
    <w:rsid w:val="008351FF"/>
    <w:rsid w:val="008505B3"/>
    <w:rsid w:val="008641A0"/>
    <w:rsid w:val="008848C7"/>
    <w:rsid w:val="008A3D89"/>
    <w:rsid w:val="008C108B"/>
    <w:rsid w:val="008D6013"/>
    <w:rsid w:val="008E65B1"/>
    <w:rsid w:val="00916E3A"/>
    <w:rsid w:val="00920394"/>
    <w:rsid w:val="00924E53"/>
    <w:rsid w:val="00945B60"/>
    <w:rsid w:val="0095130D"/>
    <w:rsid w:val="00952F35"/>
    <w:rsid w:val="0096213F"/>
    <w:rsid w:val="00976000"/>
    <w:rsid w:val="00990C14"/>
    <w:rsid w:val="009B0E67"/>
    <w:rsid w:val="009B4324"/>
    <w:rsid w:val="009C7A70"/>
    <w:rsid w:val="009D1BBF"/>
    <w:rsid w:val="00A724BA"/>
    <w:rsid w:val="00A770A3"/>
    <w:rsid w:val="00A8404F"/>
    <w:rsid w:val="00AA1D8D"/>
    <w:rsid w:val="00AB0B2D"/>
    <w:rsid w:val="00AB38A7"/>
    <w:rsid w:val="00AC070E"/>
    <w:rsid w:val="00AD01D8"/>
    <w:rsid w:val="00AE158D"/>
    <w:rsid w:val="00AE56AE"/>
    <w:rsid w:val="00AE5ACC"/>
    <w:rsid w:val="00AF00C5"/>
    <w:rsid w:val="00B2068E"/>
    <w:rsid w:val="00B222CB"/>
    <w:rsid w:val="00B369BC"/>
    <w:rsid w:val="00B43123"/>
    <w:rsid w:val="00B474E0"/>
    <w:rsid w:val="00B47730"/>
    <w:rsid w:val="00B50BB5"/>
    <w:rsid w:val="00B5344B"/>
    <w:rsid w:val="00B6605A"/>
    <w:rsid w:val="00B660D7"/>
    <w:rsid w:val="00BA4A5E"/>
    <w:rsid w:val="00BA73F5"/>
    <w:rsid w:val="00BB0DCA"/>
    <w:rsid w:val="00BB4524"/>
    <w:rsid w:val="00BC3B02"/>
    <w:rsid w:val="00BE338C"/>
    <w:rsid w:val="00BF6B81"/>
    <w:rsid w:val="00C31C05"/>
    <w:rsid w:val="00C37C80"/>
    <w:rsid w:val="00C50BBC"/>
    <w:rsid w:val="00C614AF"/>
    <w:rsid w:val="00C72E51"/>
    <w:rsid w:val="00C917D4"/>
    <w:rsid w:val="00C934FC"/>
    <w:rsid w:val="00CB058F"/>
    <w:rsid w:val="00CB0664"/>
    <w:rsid w:val="00CE606C"/>
    <w:rsid w:val="00D042CA"/>
    <w:rsid w:val="00D2491C"/>
    <w:rsid w:val="00D30E01"/>
    <w:rsid w:val="00D6417E"/>
    <w:rsid w:val="00DB72AB"/>
    <w:rsid w:val="00DC0788"/>
    <w:rsid w:val="00DF0C29"/>
    <w:rsid w:val="00DF2780"/>
    <w:rsid w:val="00E04AB7"/>
    <w:rsid w:val="00E224D3"/>
    <w:rsid w:val="00E44599"/>
    <w:rsid w:val="00E449A2"/>
    <w:rsid w:val="00E513FE"/>
    <w:rsid w:val="00E57521"/>
    <w:rsid w:val="00E946B9"/>
    <w:rsid w:val="00EA7E93"/>
    <w:rsid w:val="00EB7037"/>
    <w:rsid w:val="00EC5115"/>
    <w:rsid w:val="00EC5EC7"/>
    <w:rsid w:val="00ED4461"/>
    <w:rsid w:val="00ED543C"/>
    <w:rsid w:val="00ED718A"/>
    <w:rsid w:val="00EF4F20"/>
    <w:rsid w:val="00F318E3"/>
    <w:rsid w:val="00F324CB"/>
    <w:rsid w:val="00F334D2"/>
    <w:rsid w:val="00FA7A64"/>
    <w:rsid w:val="00FA7AA6"/>
    <w:rsid w:val="00FC693F"/>
    <w:rsid w:val="00FE1530"/>
    <w:rsid w:val="00FE7AB4"/>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C05"/>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E57521"/>
    <w:pPr>
      <w:tabs>
        <w:tab w:val="right" w:leader="dot" w:pos="8829"/>
      </w:tabs>
      <w:spacing w:after="100"/>
      <w:ind w:firstLine="0"/>
    </w:pPr>
  </w:style>
  <w:style w:type="paragraph" w:styleId="T2">
    <w:name w:val="toc 2"/>
    <w:basedOn w:val="Normal"/>
    <w:next w:val="Normal"/>
    <w:autoRedefine/>
    <w:uiPriority w:val="39"/>
    <w:unhideWhenUsed/>
    <w:rsid w:val="00E57521"/>
    <w:pPr>
      <w:tabs>
        <w:tab w:val="right" w:leader="dot" w:pos="8829"/>
      </w:tabs>
      <w:spacing w:after="100"/>
      <w:ind w:left="240" w:firstLine="327"/>
    </w:pPr>
  </w:style>
  <w:style w:type="paragraph" w:styleId="T3">
    <w:name w:val="toc 3"/>
    <w:basedOn w:val="Normal"/>
    <w:next w:val="Normal"/>
    <w:autoRedefine/>
    <w:uiPriority w:val="39"/>
    <w:unhideWhenUsed/>
    <w:rsid w:val="00E57521"/>
    <w:pPr>
      <w:tabs>
        <w:tab w:val="right" w:leader="dot" w:pos="8829"/>
      </w:tabs>
      <w:spacing w:after="100"/>
      <w:ind w:left="480" w:firstLine="371"/>
    </w:pPr>
  </w:style>
  <w:style w:type="paragraph" w:customStyle="1" w:styleId="isselectedend">
    <w:name w:val="isselectedend"/>
    <w:basedOn w:val="Normal"/>
    <w:rsid w:val="009B4324"/>
    <w:pPr>
      <w:spacing w:before="100" w:beforeAutospacing="1" w:after="100" w:afterAutospacing="1" w:line="240" w:lineRule="auto"/>
      <w:ind w:firstLine="0"/>
      <w:jc w:val="left"/>
    </w:pPr>
    <w:rPr>
      <w:rFonts w:eastAsia="Times New Roman" w:cs="Times New Roman"/>
      <w:szCs w:val="24"/>
      <w:lang w:eastAsia="tr-TR"/>
    </w:rPr>
  </w:style>
  <w:style w:type="paragraph" w:styleId="T4">
    <w:name w:val="toc 4"/>
    <w:basedOn w:val="Normal"/>
    <w:next w:val="Normal"/>
    <w:autoRedefine/>
    <w:uiPriority w:val="39"/>
    <w:unhideWhenUsed/>
    <w:rsid w:val="00E57521"/>
    <w:pPr>
      <w:tabs>
        <w:tab w:val="right" w:leader="dot" w:pos="8829"/>
      </w:tabs>
      <w:spacing w:after="100"/>
      <w:ind w:left="720" w:firstLine="414"/>
    </w:pPr>
  </w:style>
  <w:style w:type="paragraph" w:customStyle="1" w:styleId="Stil1">
    <w:name w:val="Stil1"/>
    <w:basedOn w:val="Normal"/>
    <w:qFormat/>
    <w:rsid w:val="00C31C05"/>
    <w:pPr>
      <w:widowControl w:val="0"/>
      <w:spacing w:after="240" w:line="480" w:lineRule="auto"/>
      <w:ind w:firstLine="0"/>
      <w:jc w:val="center"/>
    </w:pPr>
    <w:rPr>
      <w:rFonts w:eastAsia="Cambria"/>
      <w:b/>
    </w:rPr>
  </w:style>
  <w:style w:type="paragraph" w:customStyle="1" w:styleId="Stil2">
    <w:name w:val="Stil2"/>
    <w:basedOn w:val="Normal"/>
    <w:qFormat/>
    <w:rsid w:val="00C31C05"/>
    <w:pPr>
      <w:widowControl w:val="0"/>
      <w:spacing w:before="240" w:line="480" w:lineRule="auto"/>
      <w:ind w:firstLine="0"/>
      <w:jc w:val="left"/>
    </w:pPr>
    <w:rPr>
      <w:rFonts w:eastAsia="Cambria"/>
      <w:b/>
    </w:rPr>
  </w:style>
  <w:style w:type="paragraph" w:customStyle="1" w:styleId="Stil3">
    <w:name w:val="Stil3"/>
    <w:basedOn w:val="Normal"/>
    <w:qFormat/>
    <w:rsid w:val="00C31C05"/>
    <w:pPr>
      <w:widowControl w:val="0"/>
      <w:spacing w:before="240" w:line="480" w:lineRule="auto"/>
      <w:ind w:firstLine="0"/>
      <w:jc w:val="left"/>
    </w:pPr>
    <w:rPr>
      <w:rFonts w:eastAsia="Cambria"/>
      <w:b/>
      <w:i/>
    </w:rPr>
  </w:style>
  <w:style w:type="paragraph" w:customStyle="1" w:styleId="Stil4">
    <w:name w:val="Stil4"/>
    <w:basedOn w:val="Normal"/>
    <w:qFormat/>
    <w:rsid w:val="00E57521"/>
    <w:pPr>
      <w:widowControl w:val="0"/>
      <w:spacing w:before="240" w:line="480" w:lineRule="auto"/>
      <w:ind w:firstLine="0"/>
      <w:jc w:val="left"/>
    </w:pPr>
    <w:rPr>
      <w:rFonts w:eastAsia="Cambria"/>
      <w:b/>
    </w:rPr>
  </w:style>
  <w:style w:type="paragraph" w:customStyle="1" w:styleId="Stil5">
    <w:name w:val="Stil5"/>
    <w:basedOn w:val="Normal"/>
    <w:qFormat/>
    <w:rsid w:val="00E57521"/>
    <w:pPr>
      <w:widowControl w:val="0"/>
      <w:spacing w:before="240" w:line="480" w:lineRule="auto"/>
      <w:ind w:firstLine="0"/>
      <w:jc w:val="left"/>
    </w:pPr>
    <w:rPr>
      <w:rFonts w:eastAsia="Cambria"/>
      <w:b/>
      <w:i/>
    </w:rPr>
  </w:style>
  <w:style w:type="paragraph" w:styleId="T5">
    <w:name w:val="toc 5"/>
    <w:basedOn w:val="Normal"/>
    <w:next w:val="Normal"/>
    <w:autoRedefine/>
    <w:uiPriority w:val="39"/>
    <w:unhideWhenUsed/>
    <w:rsid w:val="00E57521"/>
    <w:pPr>
      <w:tabs>
        <w:tab w:val="right" w:leader="dot" w:pos="8829"/>
      </w:tabs>
      <w:spacing w:after="100"/>
      <w:ind w:left="960" w:firstLine="4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8527">
      <w:bodyDiv w:val="1"/>
      <w:marLeft w:val="0"/>
      <w:marRight w:val="0"/>
      <w:marTop w:val="0"/>
      <w:marBottom w:val="0"/>
      <w:divBdr>
        <w:top w:val="none" w:sz="0" w:space="0" w:color="auto"/>
        <w:left w:val="none" w:sz="0" w:space="0" w:color="auto"/>
        <w:bottom w:val="none" w:sz="0" w:space="0" w:color="auto"/>
        <w:right w:val="none" w:sz="0" w:space="0" w:color="auto"/>
      </w:divBdr>
    </w:div>
    <w:div w:id="273947670">
      <w:bodyDiv w:val="1"/>
      <w:marLeft w:val="0"/>
      <w:marRight w:val="0"/>
      <w:marTop w:val="0"/>
      <w:marBottom w:val="0"/>
      <w:divBdr>
        <w:top w:val="none" w:sz="0" w:space="0" w:color="auto"/>
        <w:left w:val="none" w:sz="0" w:space="0" w:color="auto"/>
        <w:bottom w:val="none" w:sz="0" w:space="0" w:color="auto"/>
        <w:right w:val="none" w:sz="0" w:space="0" w:color="auto"/>
      </w:divBdr>
    </w:div>
    <w:div w:id="342513722">
      <w:bodyDiv w:val="1"/>
      <w:marLeft w:val="0"/>
      <w:marRight w:val="0"/>
      <w:marTop w:val="0"/>
      <w:marBottom w:val="0"/>
      <w:divBdr>
        <w:top w:val="none" w:sz="0" w:space="0" w:color="auto"/>
        <w:left w:val="none" w:sz="0" w:space="0" w:color="auto"/>
        <w:bottom w:val="none" w:sz="0" w:space="0" w:color="auto"/>
        <w:right w:val="none" w:sz="0" w:space="0" w:color="auto"/>
      </w:divBdr>
    </w:div>
    <w:div w:id="432559749">
      <w:bodyDiv w:val="1"/>
      <w:marLeft w:val="0"/>
      <w:marRight w:val="0"/>
      <w:marTop w:val="0"/>
      <w:marBottom w:val="0"/>
      <w:divBdr>
        <w:top w:val="none" w:sz="0" w:space="0" w:color="auto"/>
        <w:left w:val="none" w:sz="0" w:space="0" w:color="auto"/>
        <w:bottom w:val="none" w:sz="0" w:space="0" w:color="auto"/>
        <w:right w:val="none" w:sz="0" w:space="0" w:color="auto"/>
      </w:divBdr>
    </w:div>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072578496">
      <w:bodyDiv w:val="1"/>
      <w:marLeft w:val="0"/>
      <w:marRight w:val="0"/>
      <w:marTop w:val="0"/>
      <w:marBottom w:val="0"/>
      <w:divBdr>
        <w:top w:val="none" w:sz="0" w:space="0" w:color="auto"/>
        <w:left w:val="none" w:sz="0" w:space="0" w:color="auto"/>
        <w:bottom w:val="none" w:sz="0" w:space="0" w:color="auto"/>
        <w:right w:val="none" w:sz="0" w:space="0" w:color="auto"/>
      </w:divBdr>
    </w:div>
    <w:div w:id="1125201300">
      <w:bodyDiv w:val="1"/>
      <w:marLeft w:val="0"/>
      <w:marRight w:val="0"/>
      <w:marTop w:val="0"/>
      <w:marBottom w:val="0"/>
      <w:divBdr>
        <w:top w:val="none" w:sz="0" w:space="0" w:color="auto"/>
        <w:left w:val="none" w:sz="0" w:space="0" w:color="auto"/>
        <w:bottom w:val="none" w:sz="0" w:space="0" w:color="auto"/>
        <w:right w:val="none" w:sz="0" w:space="0" w:color="auto"/>
      </w:divBdr>
    </w:div>
    <w:div w:id="1234269500">
      <w:bodyDiv w:val="1"/>
      <w:marLeft w:val="0"/>
      <w:marRight w:val="0"/>
      <w:marTop w:val="0"/>
      <w:marBottom w:val="0"/>
      <w:divBdr>
        <w:top w:val="none" w:sz="0" w:space="0" w:color="auto"/>
        <w:left w:val="none" w:sz="0" w:space="0" w:color="auto"/>
        <w:bottom w:val="none" w:sz="0" w:space="0" w:color="auto"/>
        <w:right w:val="none" w:sz="0" w:space="0" w:color="auto"/>
      </w:divBdr>
    </w:div>
    <w:div w:id="1245145933">
      <w:bodyDiv w:val="1"/>
      <w:marLeft w:val="0"/>
      <w:marRight w:val="0"/>
      <w:marTop w:val="0"/>
      <w:marBottom w:val="0"/>
      <w:divBdr>
        <w:top w:val="none" w:sz="0" w:space="0" w:color="auto"/>
        <w:left w:val="none" w:sz="0" w:space="0" w:color="auto"/>
        <w:bottom w:val="none" w:sz="0" w:space="0" w:color="auto"/>
        <w:right w:val="none" w:sz="0" w:space="0" w:color="auto"/>
      </w:divBdr>
    </w:div>
    <w:div w:id="1356924420">
      <w:bodyDiv w:val="1"/>
      <w:marLeft w:val="0"/>
      <w:marRight w:val="0"/>
      <w:marTop w:val="0"/>
      <w:marBottom w:val="0"/>
      <w:divBdr>
        <w:top w:val="none" w:sz="0" w:space="0" w:color="auto"/>
        <w:left w:val="none" w:sz="0" w:space="0" w:color="auto"/>
        <w:bottom w:val="none" w:sz="0" w:space="0" w:color="auto"/>
        <w:right w:val="none" w:sz="0" w:space="0" w:color="auto"/>
      </w:divBdr>
    </w:div>
    <w:div w:id="1376199771">
      <w:bodyDiv w:val="1"/>
      <w:marLeft w:val="0"/>
      <w:marRight w:val="0"/>
      <w:marTop w:val="0"/>
      <w:marBottom w:val="0"/>
      <w:divBdr>
        <w:top w:val="none" w:sz="0" w:space="0" w:color="auto"/>
        <w:left w:val="none" w:sz="0" w:space="0" w:color="auto"/>
        <w:bottom w:val="none" w:sz="0" w:space="0" w:color="auto"/>
        <w:right w:val="none" w:sz="0" w:space="0" w:color="auto"/>
      </w:divBdr>
    </w:div>
    <w:div w:id="1379814324">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494104234">
      <w:bodyDiv w:val="1"/>
      <w:marLeft w:val="0"/>
      <w:marRight w:val="0"/>
      <w:marTop w:val="0"/>
      <w:marBottom w:val="0"/>
      <w:divBdr>
        <w:top w:val="none" w:sz="0" w:space="0" w:color="auto"/>
        <w:left w:val="none" w:sz="0" w:space="0" w:color="auto"/>
        <w:bottom w:val="none" w:sz="0" w:space="0" w:color="auto"/>
        <w:right w:val="none" w:sz="0" w:space="0" w:color="auto"/>
      </w:divBdr>
    </w:div>
    <w:div w:id="1667391997">
      <w:bodyDiv w:val="1"/>
      <w:marLeft w:val="0"/>
      <w:marRight w:val="0"/>
      <w:marTop w:val="0"/>
      <w:marBottom w:val="0"/>
      <w:divBdr>
        <w:top w:val="none" w:sz="0" w:space="0" w:color="auto"/>
        <w:left w:val="none" w:sz="0" w:space="0" w:color="auto"/>
        <w:bottom w:val="none" w:sz="0" w:space="0" w:color="auto"/>
        <w:right w:val="none" w:sz="0" w:space="0" w:color="auto"/>
      </w:divBdr>
    </w:div>
    <w:div w:id="1857889371">
      <w:bodyDiv w:val="1"/>
      <w:marLeft w:val="0"/>
      <w:marRight w:val="0"/>
      <w:marTop w:val="0"/>
      <w:marBottom w:val="0"/>
      <w:divBdr>
        <w:top w:val="none" w:sz="0" w:space="0" w:color="auto"/>
        <w:left w:val="none" w:sz="0" w:space="0" w:color="auto"/>
        <w:bottom w:val="none" w:sz="0" w:space="0" w:color="auto"/>
        <w:right w:val="none" w:sz="0" w:space="0" w:color="auto"/>
      </w:divBdr>
    </w:div>
    <w:div w:id="1897543342">
      <w:bodyDiv w:val="1"/>
      <w:marLeft w:val="0"/>
      <w:marRight w:val="0"/>
      <w:marTop w:val="0"/>
      <w:marBottom w:val="0"/>
      <w:divBdr>
        <w:top w:val="none" w:sz="0" w:space="0" w:color="auto"/>
        <w:left w:val="none" w:sz="0" w:space="0" w:color="auto"/>
        <w:bottom w:val="none" w:sz="0" w:space="0" w:color="auto"/>
        <w:right w:val="none" w:sz="0" w:space="0" w:color="auto"/>
      </w:divBdr>
    </w:div>
    <w:div w:id="2014216064">
      <w:bodyDiv w:val="1"/>
      <w:marLeft w:val="0"/>
      <w:marRight w:val="0"/>
      <w:marTop w:val="0"/>
      <w:marBottom w:val="0"/>
      <w:divBdr>
        <w:top w:val="none" w:sz="0" w:space="0" w:color="auto"/>
        <w:left w:val="none" w:sz="0" w:space="0" w:color="auto"/>
        <w:bottom w:val="none" w:sz="0" w:space="0" w:color="auto"/>
        <w:right w:val="none" w:sz="0" w:space="0" w:color="auto"/>
      </w:divBdr>
    </w:div>
    <w:div w:id="20278302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3A4B-3521-4C81-B8B4-EC8A9FE5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24</Pages>
  <Words>2934</Words>
  <Characters>16726</Characters>
  <Application>Microsoft Office Word</Application>
  <DocSecurity>0</DocSecurity>
  <Lines>139</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39</cp:revision>
  <cp:lastPrinted>2026-04-27T08:21:00Z</cp:lastPrinted>
  <dcterms:created xsi:type="dcterms:W3CDTF">2026-07-20T11:30:00Z</dcterms:created>
  <dcterms:modified xsi:type="dcterms:W3CDTF">2026-08-11T11:29:00Z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