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DF0" w:rsidRPr="00884CB6" w:rsidRDefault="0023139C" w:rsidP="00884CB6">
      <w:pPr>
        <w:pStyle w:val="KonuBal"/>
        <w:pBdr>
          <w:bottom w:val="single" w:sz="8" w:space="12" w:color="4F81BD" w:themeColor="accent1"/>
        </w:pBdr>
        <w:jc w:val="center"/>
        <w:rPr>
          <w:rFonts w:ascii="Times New Roman" w:hAnsi="Times New Roman" w:cs="Times New Roman"/>
          <w:color w:val="auto"/>
        </w:rPr>
      </w:pPr>
      <w:r w:rsidRPr="00884CB6">
        <w:rPr>
          <w:rFonts w:ascii="Times New Roman" w:hAnsi="Times New Roman" w:cs="Times New Roman"/>
          <w:b/>
          <w:color w:val="auto"/>
          <w:sz w:val="32"/>
        </w:rPr>
        <w:t>İSTANBUL OKAN ÜNİVERSİTESİ HUKUK FAKÜLTESİ</w:t>
      </w:r>
      <w:r w:rsidRPr="00884CB6">
        <w:rPr>
          <w:rFonts w:ascii="Times New Roman" w:hAnsi="Times New Roman" w:cs="Times New Roman"/>
          <w:b/>
          <w:color w:val="auto"/>
          <w:sz w:val="32"/>
        </w:rPr>
        <w:br/>
        <w:t xml:space="preserve">2025–2026 TEK DERS / </w:t>
      </w:r>
      <w:r w:rsidR="009C1E44">
        <w:rPr>
          <w:rFonts w:ascii="Times New Roman" w:hAnsi="Times New Roman" w:cs="Times New Roman"/>
          <w:b/>
          <w:color w:val="auto"/>
          <w:sz w:val="32"/>
        </w:rPr>
        <w:t>NOT YÜKSELTME/</w:t>
      </w:r>
      <w:r w:rsidRPr="00884CB6">
        <w:rPr>
          <w:rFonts w:ascii="Times New Roman" w:hAnsi="Times New Roman" w:cs="Times New Roman"/>
          <w:b/>
          <w:color w:val="auto"/>
          <w:sz w:val="32"/>
        </w:rPr>
        <w:t>ÜÇ DERS SINAV TAKVİMİ</w:t>
      </w:r>
    </w:p>
    <w:tbl>
      <w:tblPr>
        <w:tblStyle w:val="TabloKlavuzu"/>
        <w:tblW w:w="9816" w:type="dxa"/>
        <w:jc w:val="center"/>
        <w:tblLook w:val="04A0" w:firstRow="1" w:lastRow="0" w:firstColumn="1" w:lastColumn="0" w:noHBand="0" w:noVBand="1"/>
      </w:tblPr>
      <w:tblGrid>
        <w:gridCol w:w="2998"/>
        <w:gridCol w:w="2998"/>
        <w:gridCol w:w="3820"/>
      </w:tblGrid>
      <w:tr w:rsidR="00884CB6" w:rsidRPr="00884CB6" w:rsidTr="00884CB6">
        <w:trPr>
          <w:trHeight w:val="295"/>
          <w:jc w:val="center"/>
        </w:trPr>
        <w:tc>
          <w:tcPr>
            <w:tcW w:w="2998" w:type="dxa"/>
          </w:tcPr>
          <w:p w:rsidR="00933DF0" w:rsidRPr="00884CB6" w:rsidRDefault="00231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84CB6">
              <w:rPr>
                <w:rFonts w:ascii="Times New Roman" w:hAnsi="Times New Roman" w:cs="Times New Roman"/>
                <w:b/>
              </w:rPr>
              <w:t>Tarih</w:t>
            </w:r>
            <w:proofErr w:type="spellEnd"/>
          </w:p>
        </w:tc>
        <w:tc>
          <w:tcPr>
            <w:tcW w:w="2998" w:type="dxa"/>
          </w:tcPr>
          <w:p w:rsidR="00933DF0" w:rsidRPr="00884CB6" w:rsidRDefault="0023139C">
            <w:pPr>
              <w:rPr>
                <w:rFonts w:ascii="Times New Roman" w:hAnsi="Times New Roman" w:cs="Times New Roman"/>
                <w:b/>
              </w:rPr>
            </w:pPr>
            <w:r w:rsidRPr="00884CB6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3820" w:type="dxa"/>
          </w:tcPr>
          <w:p w:rsidR="00933DF0" w:rsidRPr="00884CB6" w:rsidRDefault="0023139C">
            <w:pPr>
              <w:rPr>
                <w:rFonts w:ascii="Times New Roman" w:hAnsi="Times New Roman" w:cs="Times New Roman"/>
                <w:b/>
              </w:rPr>
            </w:pPr>
            <w:r w:rsidRPr="00884CB6">
              <w:rPr>
                <w:rFonts w:ascii="Times New Roman" w:hAnsi="Times New Roman" w:cs="Times New Roman"/>
                <w:b/>
              </w:rPr>
              <w:t>Ders</w:t>
            </w:r>
          </w:p>
        </w:tc>
      </w:tr>
      <w:tr w:rsidR="00884CB6" w:rsidRPr="00884CB6" w:rsidTr="00884CB6">
        <w:trPr>
          <w:trHeight w:val="2338"/>
          <w:jc w:val="center"/>
        </w:trPr>
        <w:tc>
          <w:tcPr>
            <w:tcW w:w="2998" w:type="dxa"/>
            <w:vMerge w:val="restart"/>
            <w:vAlign w:val="center"/>
          </w:tcPr>
          <w:p w:rsidR="00933DF0" w:rsidRPr="00884CB6" w:rsidRDefault="0023139C">
            <w:pPr>
              <w:rPr>
                <w:rFonts w:ascii="Times New Roman" w:hAnsi="Times New Roman" w:cs="Times New Roman"/>
                <w:b/>
              </w:rPr>
            </w:pPr>
            <w:r w:rsidRPr="00884CB6">
              <w:rPr>
                <w:rFonts w:ascii="Times New Roman" w:hAnsi="Times New Roman" w:cs="Times New Roman"/>
                <w:b/>
              </w:rPr>
              <w:t>05.08.2026 ÇARŞAMBA</w:t>
            </w:r>
          </w:p>
        </w:tc>
        <w:tc>
          <w:tcPr>
            <w:tcW w:w="2998" w:type="dxa"/>
          </w:tcPr>
          <w:p w:rsidR="00933DF0" w:rsidRPr="00884CB6" w:rsidRDefault="0023139C">
            <w:pPr>
              <w:rPr>
                <w:rFonts w:ascii="Times New Roman" w:hAnsi="Times New Roman" w:cs="Times New Roman"/>
              </w:rPr>
            </w:pPr>
            <w:r w:rsidRPr="00884CB6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3820" w:type="dxa"/>
          </w:tcPr>
          <w:p w:rsidR="00933DF0" w:rsidRPr="00884CB6" w:rsidRDefault="0023139C">
            <w:pPr>
              <w:rPr>
                <w:rFonts w:ascii="Times New Roman" w:hAnsi="Times New Roman" w:cs="Times New Roman"/>
              </w:rPr>
            </w:pPr>
            <w:r w:rsidRPr="00884CB6">
              <w:rPr>
                <w:rFonts w:ascii="Times New Roman" w:hAnsi="Times New Roman" w:cs="Times New Roman"/>
              </w:rPr>
              <w:t>HUK 378 – HUKUK FELSEFESİ VE SOSYOLOJİSİ</w:t>
            </w:r>
            <w:r w:rsidRPr="00884CB6">
              <w:rPr>
                <w:rFonts w:ascii="Times New Roman" w:hAnsi="Times New Roman" w:cs="Times New Roman"/>
              </w:rPr>
              <w:br/>
              <w:t>HUK 136 – MEDENİ HUKUK</w:t>
            </w:r>
            <w:r w:rsidRPr="00884CB6">
              <w:rPr>
                <w:rFonts w:ascii="Times New Roman" w:hAnsi="Times New Roman" w:cs="Times New Roman"/>
              </w:rPr>
              <w:br/>
              <w:t>HUK 245 – BORÇLAR HUKUKU GENEL HÜKÜMLER</w:t>
            </w:r>
            <w:bookmarkStart w:id="0" w:name="_GoBack"/>
            <w:bookmarkEnd w:id="0"/>
          </w:p>
        </w:tc>
      </w:tr>
      <w:tr w:rsidR="00884CB6" w:rsidRPr="00884CB6" w:rsidTr="00884CB6">
        <w:trPr>
          <w:trHeight w:val="1483"/>
          <w:jc w:val="center"/>
        </w:trPr>
        <w:tc>
          <w:tcPr>
            <w:tcW w:w="2998" w:type="dxa"/>
            <w:vMerge/>
          </w:tcPr>
          <w:p w:rsidR="00933DF0" w:rsidRPr="00884CB6" w:rsidRDefault="00933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</w:tcPr>
          <w:p w:rsidR="00933DF0" w:rsidRPr="00884CB6" w:rsidRDefault="0023139C">
            <w:pPr>
              <w:rPr>
                <w:rFonts w:ascii="Times New Roman" w:hAnsi="Times New Roman" w:cs="Times New Roman"/>
              </w:rPr>
            </w:pPr>
            <w:r w:rsidRPr="00884CB6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3820" w:type="dxa"/>
          </w:tcPr>
          <w:p w:rsidR="00933DF0" w:rsidRPr="00884CB6" w:rsidRDefault="0023139C">
            <w:pPr>
              <w:rPr>
                <w:rFonts w:ascii="Times New Roman" w:hAnsi="Times New Roman" w:cs="Times New Roman"/>
              </w:rPr>
            </w:pPr>
            <w:r w:rsidRPr="00884CB6">
              <w:rPr>
                <w:rFonts w:ascii="Times New Roman" w:hAnsi="Times New Roman" w:cs="Times New Roman"/>
              </w:rPr>
              <w:t>HUK 376 – MEDENİ USUL HUKUKU</w:t>
            </w:r>
            <w:r w:rsidRPr="00884CB6">
              <w:rPr>
                <w:rFonts w:ascii="Times New Roman" w:hAnsi="Times New Roman" w:cs="Times New Roman"/>
              </w:rPr>
              <w:br/>
              <w:t>HUK 374 – BORÇLAR ÖZEL HUKUKU</w:t>
            </w:r>
            <w:r w:rsidRPr="00884CB6">
              <w:rPr>
                <w:rFonts w:ascii="Times New Roman" w:hAnsi="Times New Roman" w:cs="Times New Roman"/>
              </w:rPr>
              <w:br/>
              <w:t>HUK 443 – İŞ HUKUKU</w:t>
            </w:r>
          </w:p>
        </w:tc>
      </w:tr>
      <w:tr w:rsidR="00884CB6" w:rsidRPr="00884CB6" w:rsidTr="00884CB6">
        <w:trPr>
          <w:trHeight w:val="1761"/>
          <w:jc w:val="center"/>
        </w:trPr>
        <w:tc>
          <w:tcPr>
            <w:tcW w:w="2998" w:type="dxa"/>
            <w:vMerge w:val="restart"/>
            <w:vAlign w:val="center"/>
          </w:tcPr>
          <w:p w:rsidR="00933DF0" w:rsidRPr="00884CB6" w:rsidRDefault="0023139C">
            <w:pPr>
              <w:rPr>
                <w:rFonts w:ascii="Times New Roman" w:hAnsi="Times New Roman" w:cs="Times New Roman"/>
                <w:b/>
              </w:rPr>
            </w:pPr>
            <w:r w:rsidRPr="00884CB6">
              <w:rPr>
                <w:rFonts w:ascii="Times New Roman" w:hAnsi="Times New Roman" w:cs="Times New Roman"/>
                <w:b/>
              </w:rPr>
              <w:t>06.08.2026 PERŞEMBE</w:t>
            </w:r>
          </w:p>
        </w:tc>
        <w:tc>
          <w:tcPr>
            <w:tcW w:w="2998" w:type="dxa"/>
          </w:tcPr>
          <w:p w:rsidR="00933DF0" w:rsidRPr="00884CB6" w:rsidRDefault="0023139C">
            <w:pPr>
              <w:rPr>
                <w:rFonts w:ascii="Times New Roman" w:hAnsi="Times New Roman" w:cs="Times New Roman"/>
              </w:rPr>
            </w:pPr>
            <w:r w:rsidRPr="00884CB6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3820" w:type="dxa"/>
          </w:tcPr>
          <w:p w:rsidR="00933DF0" w:rsidRPr="00884CB6" w:rsidRDefault="0023139C">
            <w:pPr>
              <w:rPr>
                <w:rFonts w:ascii="Times New Roman" w:hAnsi="Times New Roman" w:cs="Times New Roman"/>
              </w:rPr>
            </w:pPr>
            <w:r w:rsidRPr="00884CB6">
              <w:rPr>
                <w:rFonts w:ascii="Times New Roman" w:hAnsi="Times New Roman" w:cs="Times New Roman"/>
              </w:rPr>
              <w:t>HUK 447 – KIYMETLİ EVRAK HUKUKU</w:t>
            </w:r>
            <w:r w:rsidRPr="00884CB6">
              <w:rPr>
                <w:rFonts w:ascii="Times New Roman" w:hAnsi="Times New Roman" w:cs="Times New Roman"/>
              </w:rPr>
              <w:br/>
              <w:t>HUK 438 – SOSYAL GÜVENLİK HUKUKU</w:t>
            </w:r>
            <w:r w:rsidRPr="00884CB6">
              <w:rPr>
                <w:rFonts w:ascii="Times New Roman" w:hAnsi="Times New Roman" w:cs="Times New Roman"/>
              </w:rPr>
              <w:br/>
              <w:t>HUK 375 – TİCARET HUKUKU</w:t>
            </w:r>
          </w:p>
        </w:tc>
      </w:tr>
      <w:tr w:rsidR="00884CB6" w:rsidRPr="00884CB6" w:rsidTr="00884CB6">
        <w:trPr>
          <w:trHeight w:val="1186"/>
          <w:jc w:val="center"/>
        </w:trPr>
        <w:tc>
          <w:tcPr>
            <w:tcW w:w="2998" w:type="dxa"/>
            <w:vMerge/>
          </w:tcPr>
          <w:p w:rsidR="00933DF0" w:rsidRPr="00884CB6" w:rsidRDefault="00933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</w:tcPr>
          <w:p w:rsidR="00933DF0" w:rsidRPr="00884CB6" w:rsidRDefault="0023139C">
            <w:pPr>
              <w:rPr>
                <w:rFonts w:ascii="Times New Roman" w:hAnsi="Times New Roman" w:cs="Times New Roman"/>
              </w:rPr>
            </w:pPr>
            <w:r w:rsidRPr="00884CB6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3820" w:type="dxa"/>
          </w:tcPr>
          <w:p w:rsidR="00933DF0" w:rsidRPr="00884CB6" w:rsidRDefault="0023139C">
            <w:pPr>
              <w:rPr>
                <w:rFonts w:ascii="Times New Roman" w:hAnsi="Times New Roman" w:cs="Times New Roman"/>
              </w:rPr>
            </w:pPr>
            <w:r w:rsidRPr="00884CB6">
              <w:rPr>
                <w:rFonts w:ascii="Times New Roman" w:hAnsi="Times New Roman" w:cs="Times New Roman"/>
              </w:rPr>
              <w:t>HUK 241 – İDARE HUKUKU</w:t>
            </w:r>
            <w:r w:rsidRPr="00884CB6">
              <w:rPr>
                <w:rFonts w:ascii="Times New Roman" w:hAnsi="Times New Roman" w:cs="Times New Roman"/>
              </w:rPr>
              <w:br/>
              <w:t>HUK 135 – ANAYASA HUKUKU</w:t>
            </w:r>
          </w:p>
        </w:tc>
      </w:tr>
      <w:tr w:rsidR="00884CB6" w:rsidRPr="00884CB6" w:rsidTr="00884CB6">
        <w:trPr>
          <w:trHeight w:val="2058"/>
          <w:jc w:val="center"/>
        </w:trPr>
        <w:tc>
          <w:tcPr>
            <w:tcW w:w="2998" w:type="dxa"/>
            <w:vMerge w:val="restart"/>
            <w:vAlign w:val="center"/>
          </w:tcPr>
          <w:p w:rsidR="00933DF0" w:rsidRPr="00884CB6" w:rsidRDefault="0023139C">
            <w:pPr>
              <w:rPr>
                <w:rFonts w:ascii="Times New Roman" w:hAnsi="Times New Roman" w:cs="Times New Roman"/>
                <w:b/>
              </w:rPr>
            </w:pPr>
            <w:r w:rsidRPr="00884CB6">
              <w:rPr>
                <w:rFonts w:ascii="Times New Roman" w:hAnsi="Times New Roman" w:cs="Times New Roman"/>
                <w:b/>
              </w:rPr>
              <w:t>07.08.2026 CUMA</w:t>
            </w:r>
          </w:p>
        </w:tc>
        <w:tc>
          <w:tcPr>
            <w:tcW w:w="2998" w:type="dxa"/>
          </w:tcPr>
          <w:p w:rsidR="00933DF0" w:rsidRPr="00884CB6" w:rsidRDefault="0023139C">
            <w:pPr>
              <w:rPr>
                <w:rFonts w:ascii="Times New Roman" w:hAnsi="Times New Roman" w:cs="Times New Roman"/>
              </w:rPr>
            </w:pPr>
            <w:r w:rsidRPr="00884CB6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3820" w:type="dxa"/>
          </w:tcPr>
          <w:p w:rsidR="00933DF0" w:rsidRPr="00884CB6" w:rsidRDefault="0023139C">
            <w:pPr>
              <w:rPr>
                <w:rFonts w:ascii="Times New Roman" w:hAnsi="Times New Roman" w:cs="Times New Roman"/>
              </w:rPr>
            </w:pPr>
            <w:r w:rsidRPr="00884CB6">
              <w:rPr>
                <w:rFonts w:ascii="Times New Roman" w:hAnsi="Times New Roman" w:cs="Times New Roman"/>
              </w:rPr>
              <w:t>HUK 246 – CEZA HUKUKU (GENEL</w:t>
            </w:r>
            <w:r w:rsidR="00884CB6">
              <w:rPr>
                <w:rFonts w:ascii="Times New Roman" w:hAnsi="Times New Roman" w:cs="Times New Roman"/>
              </w:rPr>
              <w:t xml:space="preserve"> HÜKÜMLER</w:t>
            </w:r>
            <w:r w:rsidRPr="00884CB6">
              <w:rPr>
                <w:rFonts w:ascii="Times New Roman" w:hAnsi="Times New Roman" w:cs="Times New Roman"/>
              </w:rPr>
              <w:t>)</w:t>
            </w:r>
            <w:r w:rsidRPr="00884CB6">
              <w:rPr>
                <w:rFonts w:ascii="Times New Roman" w:hAnsi="Times New Roman" w:cs="Times New Roman"/>
              </w:rPr>
              <w:br/>
              <w:t>HUK 444 – CEZA USUL HUKUKU</w:t>
            </w:r>
            <w:r w:rsidRPr="00884CB6">
              <w:rPr>
                <w:rFonts w:ascii="Times New Roman" w:hAnsi="Times New Roman" w:cs="Times New Roman"/>
              </w:rPr>
              <w:br/>
              <w:t>HUK 445 – MİRAS HUKUKU</w:t>
            </w:r>
          </w:p>
        </w:tc>
      </w:tr>
      <w:tr w:rsidR="00884CB6" w:rsidRPr="00884CB6" w:rsidTr="00884CB6">
        <w:trPr>
          <w:trHeight w:val="1986"/>
          <w:jc w:val="center"/>
        </w:trPr>
        <w:tc>
          <w:tcPr>
            <w:tcW w:w="2998" w:type="dxa"/>
            <w:vMerge/>
          </w:tcPr>
          <w:p w:rsidR="00933DF0" w:rsidRPr="00884CB6" w:rsidRDefault="00933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</w:tcPr>
          <w:p w:rsidR="00933DF0" w:rsidRPr="00884CB6" w:rsidRDefault="0023139C">
            <w:pPr>
              <w:rPr>
                <w:rFonts w:ascii="Times New Roman" w:hAnsi="Times New Roman" w:cs="Times New Roman"/>
              </w:rPr>
            </w:pPr>
            <w:r w:rsidRPr="00884CB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820" w:type="dxa"/>
          </w:tcPr>
          <w:p w:rsidR="00933DF0" w:rsidRPr="00884CB6" w:rsidRDefault="0023139C">
            <w:pPr>
              <w:rPr>
                <w:rFonts w:ascii="Times New Roman" w:hAnsi="Times New Roman" w:cs="Times New Roman"/>
              </w:rPr>
            </w:pPr>
            <w:r w:rsidRPr="00884CB6">
              <w:rPr>
                <w:rFonts w:ascii="Times New Roman" w:hAnsi="Times New Roman" w:cs="Times New Roman"/>
              </w:rPr>
              <w:t>HUK 442 – İCRA İFLAS HUKUKU</w:t>
            </w:r>
            <w:r w:rsidRPr="00884CB6">
              <w:rPr>
                <w:rFonts w:ascii="Times New Roman" w:hAnsi="Times New Roman" w:cs="Times New Roman"/>
              </w:rPr>
              <w:br/>
              <w:t>HUK 373 – EŞYA HUKUKU</w:t>
            </w:r>
          </w:p>
        </w:tc>
      </w:tr>
    </w:tbl>
    <w:p w:rsidR="0023139C" w:rsidRPr="00884CB6" w:rsidRDefault="0023139C" w:rsidP="00884CB6">
      <w:pPr>
        <w:rPr>
          <w:rFonts w:ascii="Times New Roman" w:hAnsi="Times New Roman" w:cs="Times New Roman"/>
        </w:rPr>
      </w:pPr>
    </w:p>
    <w:sectPr w:rsidR="0023139C" w:rsidRPr="00884CB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3139C"/>
    <w:rsid w:val="0029639D"/>
    <w:rsid w:val="00326F90"/>
    <w:rsid w:val="00884CB6"/>
    <w:rsid w:val="00933DF0"/>
    <w:rsid w:val="009C1E4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CEAEA0"/>
  <w14:defaultImageDpi w14:val="300"/>
  <w15:docId w15:val="{C018B666-FA94-4758-A1CD-2E89A24CC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CFA5E4-8C3D-4F8E-8580-EFAFD8DCE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</Words>
  <Characters>578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Feride Müzeyyen Dizdar</cp:lastModifiedBy>
  <cp:revision>3</cp:revision>
  <dcterms:created xsi:type="dcterms:W3CDTF">2026-07-30T08:57:00Z</dcterms:created>
  <dcterms:modified xsi:type="dcterms:W3CDTF">2026-07-30T12:55:00Z</dcterms:modified>
  <cp:category/>
</cp:coreProperties>
</file>